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00B5" w14:textId="77777777" w:rsidR="00124CBB" w:rsidRPr="00673F02" w:rsidRDefault="00CC0DBB" w:rsidP="00CC0DBB">
      <w:pPr>
        <w:pStyle w:val="aff1"/>
        <w:spacing w:line="240" w:lineRule="auto"/>
        <w:jc w:val="center"/>
        <w:rPr>
          <w:rFonts w:ascii="Arial" w:eastAsia="맑은 고딕" w:hAnsi="Arial" w:cs="Arial"/>
          <w:b/>
          <w:sz w:val="36"/>
          <w:szCs w:val="36"/>
        </w:rPr>
      </w:pPr>
      <w:r w:rsidRPr="00673F02">
        <w:rPr>
          <w:rFonts w:ascii="Arial" w:eastAsia="맑은 고딕" w:hAnsi="Arial" w:cs="Arial"/>
          <w:b/>
          <w:color w:val="auto"/>
          <w:sz w:val="36"/>
        </w:rPr>
        <w:t xml:space="preserve">2026 </w:t>
      </w:r>
      <w:proofErr w:type="spellStart"/>
      <w:r w:rsidR="00EE694D" w:rsidRPr="00673F02">
        <w:rPr>
          <w:rFonts w:ascii="Arial" w:eastAsia="맑은 고딕" w:hAnsi="Arial" w:cs="Arial"/>
          <w:b/>
          <w:color w:val="auto"/>
          <w:sz w:val="36"/>
          <w:szCs w:val="36"/>
        </w:rPr>
        <w:t>InnoCore</w:t>
      </w:r>
      <w:proofErr w:type="spellEnd"/>
      <w:r w:rsidR="00EE694D" w:rsidRPr="00673F02">
        <w:rPr>
          <w:rFonts w:ascii="Arial" w:eastAsia="맑은 고딕" w:hAnsi="Arial" w:cs="Arial"/>
          <w:b/>
          <w:color w:val="auto"/>
          <w:sz w:val="36"/>
          <w:szCs w:val="36"/>
        </w:rPr>
        <w:t xml:space="preserve"> </w:t>
      </w:r>
      <w:r w:rsidRPr="00673F02">
        <w:rPr>
          <w:rFonts w:ascii="Arial" w:eastAsia="맑은 고딕" w:hAnsi="Arial" w:cs="Arial"/>
          <w:b/>
          <w:color w:val="auto"/>
          <w:sz w:val="36"/>
          <w:szCs w:val="36"/>
        </w:rPr>
        <w:t>연구팀</w:t>
      </w:r>
      <w:r w:rsidRPr="00673F02">
        <w:rPr>
          <w:rFonts w:ascii="Arial" w:eastAsia="맑은 고딕" w:hAnsi="Arial" w:cs="Arial"/>
          <w:b/>
          <w:color w:val="auto"/>
          <w:sz w:val="36"/>
          <w:szCs w:val="36"/>
        </w:rPr>
        <w:t xml:space="preserve"> (</w:t>
      </w:r>
      <w:r w:rsidRPr="00673F02">
        <w:rPr>
          <w:rFonts w:ascii="Arial" w:eastAsia="맑은 고딕" w:hAnsi="Arial" w:cs="Arial"/>
          <w:b/>
          <w:color w:val="auto"/>
          <w:spacing w:val="-10"/>
          <w:sz w:val="36"/>
          <w:szCs w:val="36"/>
        </w:rPr>
        <w:t xml:space="preserve">GIST </w:t>
      </w:r>
      <w:proofErr w:type="spellStart"/>
      <w:r w:rsidRPr="00673F02">
        <w:rPr>
          <w:rFonts w:ascii="Arial" w:eastAsia="맑은 고딕" w:hAnsi="Arial" w:cs="Arial"/>
          <w:b/>
          <w:color w:val="auto"/>
          <w:sz w:val="36"/>
          <w:szCs w:val="36"/>
        </w:rPr>
        <w:t>InnoCORE</w:t>
      </w:r>
      <w:proofErr w:type="spellEnd"/>
      <w:r w:rsidRPr="00673F02">
        <w:rPr>
          <w:rFonts w:ascii="Arial" w:eastAsia="맑은 고딕" w:hAnsi="Arial" w:cs="Arial"/>
          <w:b/>
          <w:color w:val="auto"/>
          <w:sz w:val="36"/>
          <w:szCs w:val="36"/>
        </w:rPr>
        <w:t xml:space="preserve"> </w:t>
      </w:r>
      <w:proofErr w:type="spellStart"/>
      <w:r w:rsidRPr="00673F02">
        <w:rPr>
          <w:rFonts w:ascii="Arial" w:eastAsia="맑은 고딕" w:hAnsi="Arial" w:cs="Arial"/>
          <w:b/>
          <w:color w:val="auto"/>
          <w:sz w:val="36"/>
          <w:szCs w:val="36"/>
        </w:rPr>
        <w:t>출연연</w:t>
      </w:r>
      <w:proofErr w:type="spellEnd"/>
      <w:r w:rsidRPr="00673F02">
        <w:rPr>
          <w:rFonts w:ascii="Arial" w:eastAsia="맑은 고딕" w:hAnsi="Arial" w:cs="Arial"/>
          <w:b/>
          <w:color w:val="auto"/>
          <w:sz w:val="36"/>
          <w:szCs w:val="36"/>
        </w:rPr>
        <w:t xml:space="preserve"> </w:t>
      </w:r>
      <w:r w:rsidRPr="00673F02">
        <w:rPr>
          <w:rFonts w:ascii="Arial" w:eastAsia="맑은 고딕" w:hAnsi="Arial" w:cs="Arial"/>
          <w:b/>
          <w:color w:val="auto"/>
          <w:sz w:val="36"/>
          <w:szCs w:val="36"/>
        </w:rPr>
        <w:t>연계형</w:t>
      </w:r>
      <w:r w:rsidRPr="00673F02">
        <w:rPr>
          <w:rFonts w:ascii="Arial" w:eastAsia="맑은 고딕" w:hAnsi="Arial" w:cs="Arial"/>
          <w:b/>
          <w:color w:val="auto"/>
          <w:sz w:val="36"/>
          <w:szCs w:val="36"/>
        </w:rPr>
        <w:t xml:space="preserve">      </w:t>
      </w:r>
      <w:r w:rsidRPr="00673F02">
        <w:rPr>
          <w:rFonts w:ascii="Arial" w:eastAsia="맑은 고딕" w:hAnsi="Arial" w:cs="Arial"/>
          <w:b/>
          <w:color w:val="auto"/>
          <w:sz w:val="36"/>
          <w:szCs w:val="36"/>
        </w:rPr>
        <w:t>사업</w:t>
      </w:r>
      <w:r w:rsidRPr="00673F02">
        <w:rPr>
          <w:rFonts w:ascii="Arial" w:eastAsia="맑은 고딕" w:hAnsi="Arial" w:cs="Arial"/>
          <w:b/>
          <w:color w:val="auto"/>
          <w:sz w:val="36"/>
          <w:szCs w:val="36"/>
        </w:rPr>
        <w:t xml:space="preserve">) </w:t>
      </w:r>
      <w:r w:rsidR="00564CE5" w:rsidRPr="00673F02">
        <w:rPr>
          <w:rFonts w:ascii="Arial" w:eastAsia="맑은 고딕" w:hAnsi="Arial" w:cs="Arial"/>
          <w:b/>
          <w:color w:val="auto"/>
          <w:sz w:val="36"/>
          <w:szCs w:val="36"/>
        </w:rPr>
        <w:t>참여</w:t>
      </w:r>
      <w:r w:rsidR="00564CE5" w:rsidRPr="00673F02">
        <w:rPr>
          <w:rFonts w:ascii="Arial" w:eastAsia="맑은 고딕" w:hAnsi="Arial" w:cs="Arial"/>
          <w:b/>
          <w:color w:val="auto"/>
          <w:sz w:val="36"/>
          <w:szCs w:val="36"/>
        </w:rPr>
        <w:t xml:space="preserve"> </w:t>
      </w:r>
      <w:r w:rsidR="00564CE5" w:rsidRPr="00673F02">
        <w:rPr>
          <w:rFonts w:ascii="Arial" w:eastAsia="맑은 고딕" w:hAnsi="Arial" w:cs="Arial"/>
          <w:b/>
          <w:color w:val="auto"/>
          <w:sz w:val="36"/>
          <w:szCs w:val="36"/>
        </w:rPr>
        <w:t>의향서</w:t>
      </w:r>
      <w:r w:rsidRPr="00673F02">
        <w:rPr>
          <w:rFonts w:ascii="Arial" w:eastAsia="맑은 고딕" w:hAnsi="Arial" w:cs="Arial"/>
          <w:b/>
          <w:color w:val="auto"/>
          <w:sz w:val="36"/>
          <w:szCs w:val="36"/>
        </w:rPr>
        <w:t xml:space="preserve"> </w:t>
      </w:r>
      <w:r w:rsidRPr="00673F02">
        <w:rPr>
          <w:rFonts w:ascii="Arial" w:hAnsi="Arial" w:cs="Arial"/>
          <w:b/>
          <w:color w:val="auto"/>
          <w:sz w:val="36"/>
          <w:szCs w:val="36"/>
          <w:shd w:val="clear" w:color="auto" w:fill="FFFFFF"/>
        </w:rPr>
        <w:t xml:space="preserve">(2026 GIST </w:t>
      </w:r>
      <w:proofErr w:type="spellStart"/>
      <w:r w:rsidRPr="00673F02">
        <w:rPr>
          <w:rFonts w:ascii="Arial" w:hAnsi="Arial" w:cs="Arial"/>
          <w:b/>
          <w:color w:val="auto"/>
          <w:sz w:val="36"/>
          <w:szCs w:val="36"/>
          <w:shd w:val="clear" w:color="auto" w:fill="FFFFFF"/>
        </w:rPr>
        <w:t>InnoCORE</w:t>
      </w:r>
      <w:proofErr w:type="spellEnd"/>
      <w:r w:rsidRPr="00673F02">
        <w:rPr>
          <w:rFonts w:ascii="Arial" w:hAnsi="Arial" w:cs="Arial"/>
          <w:b/>
          <w:color w:val="auto"/>
          <w:sz w:val="36"/>
          <w:szCs w:val="36"/>
          <w:shd w:val="clear" w:color="auto" w:fill="FFFFFF"/>
        </w:rPr>
        <w:t> </w:t>
      </w:r>
      <w:r w:rsidR="009F2051" w:rsidRPr="00673F02">
        <w:rPr>
          <w:rFonts w:ascii="Arial" w:hAnsi="Arial" w:cs="Arial"/>
          <w:b/>
          <w:color w:val="auto"/>
          <w:sz w:val="36"/>
          <w:szCs w:val="36"/>
          <w:shd w:val="clear" w:color="auto" w:fill="FFFFFF"/>
        </w:rPr>
        <w:t xml:space="preserve">Team </w:t>
      </w:r>
      <w:r w:rsidRPr="00673F02">
        <w:rPr>
          <w:rFonts w:ascii="Arial" w:hAnsi="Arial" w:cs="Arial"/>
          <w:b/>
          <w:color w:val="auto"/>
          <w:sz w:val="36"/>
          <w:szCs w:val="36"/>
          <w:shd w:val="clear" w:color="auto" w:fill="FFFFFF"/>
        </w:rPr>
        <w:t xml:space="preserve">Expression of </w:t>
      </w:r>
      <w:r w:rsidR="00E653E6">
        <w:rPr>
          <w:rFonts w:ascii="Arial" w:hAnsi="Arial" w:cs="Arial"/>
          <w:b/>
          <w:color w:val="auto"/>
          <w:sz w:val="36"/>
          <w:szCs w:val="36"/>
          <w:shd w:val="clear" w:color="auto" w:fill="FFFFFF"/>
        </w:rPr>
        <w:t>Intent</w:t>
      </w:r>
      <w:r w:rsidRPr="00673F02">
        <w:rPr>
          <w:rFonts w:ascii="Arial" w:hAnsi="Arial" w:cs="Arial"/>
          <w:b/>
          <w:color w:val="auto"/>
          <w:sz w:val="36"/>
          <w:szCs w:val="36"/>
          <w:shd w:val="clear" w:color="auto" w:fill="FFFFFF"/>
        </w:rPr>
        <w:t>)</w:t>
      </w:r>
    </w:p>
    <w:p w14:paraId="47AE0F2C" w14:textId="77777777" w:rsidR="00CC0DBB" w:rsidRPr="00673F02" w:rsidRDefault="00CC0DBB" w:rsidP="00CC0DBB">
      <w:pPr>
        <w:pStyle w:val="aff1"/>
        <w:spacing w:line="240" w:lineRule="auto"/>
        <w:jc w:val="center"/>
        <w:rPr>
          <w:rFonts w:ascii="Arial" w:hAnsi="Arial" w:cs="Arial"/>
          <w:b/>
        </w:rPr>
      </w:pPr>
    </w:p>
    <w:p w14:paraId="7B88E8A4" w14:textId="77777777" w:rsidR="00124CBB" w:rsidRPr="00673F02" w:rsidRDefault="00EE694D" w:rsidP="00CC0DBB">
      <w:pPr>
        <w:spacing w:after="40" w:line="240" w:lineRule="auto"/>
        <w:rPr>
          <w:rFonts w:ascii="Arial" w:hAnsi="Arial" w:cs="Arial"/>
        </w:rPr>
      </w:pPr>
      <w:r w:rsidRPr="00673F02">
        <w:rPr>
          <w:rFonts w:ascii="Arial" w:eastAsia="맑은 고딕" w:hAnsi="Arial" w:cs="Arial"/>
        </w:rPr>
        <w:t xml:space="preserve">** </w:t>
      </w:r>
      <w:proofErr w:type="spellStart"/>
      <w:r w:rsidRPr="00673F02">
        <w:rPr>
          <w:rFonts w:ascii="Arial" w:eastAsia="맑은 고딕" w:hAnsi="Arial" w:cs="Arial"/>
          <w:b/>
        </w:rPr>
        <w:t>필독</w:t>
      </w:r>
      <w:proofErr w:type="spellEnd"/>
      <w:r w:rsidRPr="00673F02">
        <w:rPr>
          <w:rFonts w:ascii="Arial" w:eastAsia="맑은 고딕" w:hAnsi="Arial" w:cs="Arial"/>
          <w:b/>
        </w:rPr>
        <w:t xml:space="preserve"> </w:t>
      </w:r>
      <w:proofErr w:type="spellStart"/>
      <w:r w:rsidRPr="00673F02">
        <w:rPr>
          <w:rFonts w:ascii="Arial" w:eastAsia="맑은 고딕" w:hAnsi="Arial" w:cs="Arial"/>
          <w:b/>
        </w:rPr>
        <w:t>사항</w:t>
      </w:r>
      <w:proofErr w:type="spellEnd"/>
      <w:r w:rsidRPr="00673F02">
        <w:rPr>
          <w:rFonts w:ascii="Arial" w:eastAsia="맑은 고딕" w:hAnsi="Arial" w:cs="Arial"/>
          <w:b/>
        </w:rPr>
        <w:t xml:space="preserve"> </w:t>
      </w:r>
      <w:r w:rsidR="00CC0DBB" w:rsidRPr="00673F02">
        <w:rPr>
          <w:rFonts w:ascii="Arial" w:hAnsi="Arial" w:cs="Arial"/>
          <w:b/>
          <w:bCs/>
          <w:shd w:val="clear" w:color="auto" w:fill="FFFFFF"/>
        </w:rPr>
        <w:t xml:space="preserve">(Important Notice) </w:t>
      </w:r>
      <w:r w:rsidRPr="00673F02">
        <w:rPr>
          <w:rFonts w:ascii="Arial" w:eastAsia="맑은 고딕" w:hAnsi="Arial" w:cs="Arial"/>
        </w:rPr>
        <w:t>**</w:t>
      </w:r>
    </w:p>
    <w:p w14:paraId="4E51DDBA" w14:textId="77777777" w:rsidR="00CC0DBB" w:rsidRPr="00673F02" w:rsidRDefault="00EE694D" w:rsidP="00CC0DBB">
      <w:pPr>
        <w:pStyle w:val="aff1"/>
        <w:wordWrap/>
        <w:spacing w:line="240" w:lineRule="auto"/>
        <w:rPr>
          <w:rFonts w:ascii="Arial" w:eastAsia="맑은 고딕" w:hAnsi="Arial" w:cs="Arial"/>
          <w:b/>
          <w:color w:val="auto"/>
          <w:sz w:val="22"/>
          <w:szCs w:val="22"/>
        </w:rPr>
      </w:pPr>
      <w:r w:rsidRPr="00673F02">
        <w:rPr>
          <w:rFonts w:ascii="Arial" w:eastAsia="맑은 고딕" w:hAnsi="Arial" w:cs="Arial"/>
          <w:b/>
          <w:color w:val="auto"/>
          <w:sz w:val="22"/>
          <w:szCs w:val="22"/>
        </w:rPr>
        <w:t>CV, Research plan, Recommendation letter</w:t>
      </w:r>
      <w:r w:rsidRPr="00673F02">
        <w:rPr>
          <w:rFonts w:ascii="Arial" w:eastAsia="맑은 고딕" w:hAnsi="Arial" w:cs="Arial"/>
          <w:b/>
          <w:color w:val="auto"/>
          <w:sz w:val="22"/>
          <w:szCs w:val="22"/>
        </w:rPr>
        <w:t>는</w:t>
      </w:r>
      <w:r w:rsidRPr="00673F02">
        <w:rPr>
          <w:rFonts w:ascii="Arial" w:eastAsia="맑은 고딕" w:hAnsi="Arial" w:cs="Arial"/>
          <w:b/>
          <w:color w:val="auto"/>
          <w:sz w:val="22"/>
          <w:szCs w:val="22"/>
        </w:rPr>
        <w:t xml:space="preserve"> </w:t>
      </w:r>
      <w:r w:rsidRPr="00673F02">
        <w:rPr>
          <w:rFonts w:ascii="Arial" w:eastAsia="맑은 고딕" w:hAnsi="Arial" w:cs="Arial"/>
          <w:b/>
          <w:color w:val="auto"/>
          <w:sz w:val="22"/>
          <w:szCs w:val="22"/>
        </w:rPr>
        <w:t>본</w:t>
      </w:r>
      <w:r w:rsidRPr="00673F02">
        <w:rPr>
          <w:rFonts w:ascii="Arial" w:eastAsia="맑은 고딕" w:hAnsi="Arial" w:cs="Arial"/>
          <w:b/>
          <w:color w:val="auto"/>
          <w:sz w:val="22"/>
          <w:szCs w:val="22"/>
        </w:rPr>
        <w:t xml:space="preserve"> </w:t>
      </w:r>
      <w:r w:rsidRPr="00673F02">
        <w:rPr>
          <w:rFonts w:ascii="Arial" w:eastAsia="맑은 고딕" w:hAnsi="Arial" w:cs="Arial"/>
          <w:b/>
          <w:color w:val="auto"/>
          <w:sz w:val="22"/>
          <w:szCs w:val="22"/>
        </w:rPr>
        <w:t>설문지에</w:t>
      </w:r>
      <w:r w:rsidRPr="00673F02">
        <w:rPr>
          <w:rFonts w:ascii="Arial" w:eastAsia="맑은 고딕" w:hAnsi="Arial" w:cs="Arial"/>
          <w:b/>
          <w:color w:val="auto"/>
          <w:sz w:val="22"/>
          <w:szCs w:val="22"/>
        </w:rPr>
        <w:t xml:space="preserve"> </w:t>
      </w:r>
      <w:r w:rsidR="00CC0DBB" w:rsidRPr="00673F02">
        <w:rPr>
          <w:rFonts w:ascii="Arial" w:eastAsia="맑은 고딕" w:hAnsi="Arial" w:cs="Arial"/>
          <w:b/>
          <w:color w:val="auto"/>
          <w:sz w:val="22"/>
          <w:szCs w:val="22"/>
        </w:rPr>
        <w:t>추가하실</w:t>
      </w:r>
      <w:r w:rsidR="00CC0DBB" w:rsidRPr="00673F02">
        <w:rPr>
          <w:rFonts w:ascii="Arial" w:eastAsia="맑은 고딕" w:hAnsi="Arial" w:cs="Arial"/>
          <w:b/>
          <w:color w:val="auto"/>
          <w:sz w:val="22"/>
          <w:szCs w:val="22"/>
        </w:rPr>
        <w:t xml:space="preserve"> </w:t>
      </w:r>
      <w:proofErr w:type="spellStart"/>
      <w:r w:rsidR="00CC0DBB" w:rsidRPr="00673F02">
        <w:rPr>
          <w:rFonts w:ascii="Arial" w:eastAsia="맑은 고딕" w:hAnsi="Arial" w:cs="Arial"/>
          <w:b/>
          <w:color w:val="auto"/>
          <w:sz w:val="22"/>
          <w:szCs w:val="22"/>
        </w:rPr>
        <w:t>필요없고</w:t>
      </w:r>
      <w:proofErr w:type="spellEnd"/>
      <w:r w:rsidRPr="00673F02">
        <w:rPr>
          <w:rFonts w:ascii="Arial" w:eastAsia="맑은 고딕" w:hAnsi="Arial" w:cs="Arial"/>
          <w:b/>
          <w:color w:val="auto"/>
          <w:sz w:val="22"/>
          <w:szCs w:val="22"/>
        </w:rPr>
        <w:t xml:space="preserve">, </w:t>
      </w:r>
      <w:r w:rsidRPr="00673F02">
        <w:rPr>
          <w:rFonts w:ascii="Arial" w:eastAsia="맑은 고딕" w:hAnsi="Arial" w:cs="Arial"/>
          <w:b/>
          <w:color w:val="auto"/>
          <w:sz w:val="22"/>
          <w:szCs w:val="22"/>
        </w:rPr>
        <w:t>이메일</w:t>
      </w:r>
      <w:r w:rsidR="00CC0DBB" w:rsidRPr="00673F02">
        <w:rPr>
          <w:rFonts w:ascii="Arial" w:eastAsia="맑은 고딕" w:hAnsi="Arial" w:cs="Arial"/>
          <w:b/>
          <w:color w:val="auto"/>
          <w:sz w:val="22"/>
          <w:szCs w:val="22"/>
        </w:rPr>
        <w:t xml:space="preserve"> </w:t>
      </w:r>
      <w:r w:rsidRPr="00673F02">
        <w:rPr>
          <w:rFonts w:ascii="Arial" w:eastAsia="맑은 고딕" w:hAnsi="Arial" w:cs="Arial"/>
          <w:b/>
          <w:color w:val="auto"/>
          <w:sz w:val="22"/>
          <w:szCs w:val="22"/>
        </w:rPr>
        <w:t>(</w:t>
      </w:r>
      <w:r w:rsidR="00564CE5" w:rsidRPr="00673F02">
        <w:rPr>
          <w:rFonts w:ascii="Arial" w:eastAsia="맑은 고딕" w:hAnsi="Arial" w:cs="Arial"/>
          <w:b/>
          <w:color w:val="0000FF"/>
          <w:sz w:val="22"/>
          <w:szCs w:val="22"/>
        </w:rPr>
        <w:t>APRI_recruit@gist.ac.kr</w:t>
      </w:r>
      <w:r w:rsidRPr="00673F02">
        <w:rPr>
          <w:rFonts w:ascii="Arial" w:eastAsia="맑은 고딕" w:hAnsi="Arial" w:cs="Arial"/>
          <w:b/>
          <w:color w:val="auto"/>
          <w:sz w:val="22"/>
          <w:szCs w:val="22"/>
        </w:rPr>
        <w:t>)</w:t>
      </w:r>
      <w:r w:rsidRPr="00673F02">
        <w:rPr>
          <w:rFonts w:ascii="Arial" w:eastAsia="맑은 고딕" w:hAnsi="Arial" w:cs="Arial"/>
          <w:b/>
          <w:color w:val="auto"/>
          <w:sz w:val="22"/>
          <w:szCs w:val="22"/>
        </w:rPr>
        <w:t>로</w:t>
      </w:r>
      <w:r w:rsidRPr="00673F02">
        <w:rPr>
          <w:rFonts w:ascii="Arial" w:eastAsia="맑은 고딕" w:hAnsi="Arial" w:cs="Arial"/>
          <w:b/>
          <w:color w:val="auto"/>
          <w:sz w:val="22"/>
          <w:szCs w:val="22"/>
        </w:rPr>
        <w:t xml:space="preserve"> </w:t>
      </w:r>
      <w:r w:rsidRPr="00673F02">
        <w:rPr>
          <w:rFonts w:ascii="Arial" w:eastAsia="맑은 고딕" w:hAnsi="Arial" w:cs="Arial"/>
          <w:b/>
          <w:color w:val="auto"/>
          <w:sz w:val="22"/>
          <w:szCs w:val="22"/>
        </w:rPr>
        <w:t>제출해주시기</w:t>
      </w:r>
      <w:r w:rsidRPr="00673F02">
        <w:rPr>
          <w:rFonts w:ascii="Arial" w:eastAsia="맑은 고딕" w:hAnsi="Arial" w:cs="Arial"/>
          <w:b/>
          <w:color w:val="auto"/>
          <w:sz w:val="22"/>
          <w:szCs w:val="22"/>
        </w:rPr>
        <w:t xml:space="preserve"> </w:t>
      </w:r>
      <w:r w:rsidRPr="00673F02">
        <w:rPr>
          <w:rFonts w:ascii="Arial" w:eastAsia="맑은 고딕" w:hAnsi="Arial" w:cs="Arial"/>
          <w:b/>
          <w:color w:val="auto"/>
          <w:sz w:val="22"/>
          <w:szCs w:val="22"/>
        </w:rPr>
        <w:t>바랍니다</w:t>
      </w:r>
      <w:r w:rsidRPr="00673F02">
        <w:rPr>
          <w:rFonts w:ascii="Arial" w:eastAsia="맑은 고딕" w:hAnsi="Arial" w:cs="Arial"/>
          <w:b/>
          <w:color w:val="auto"/>
          <w:sz w:val="22"/>
          <w:szCs w:val="22"/>
        </w:rPr>
        <w:t>.</w:t>
      </w:r>
    </w:p>
    <w:p w14:paraId="35B4160B" w14:textId="77777777" w:rsidR="00CC0DBB" w:rsidRPr="00673F02" w:rsidRDefault="00CC0DBB" w:rsidP="00CC0DBB">
      <w:pPr>
        <w:pStyle w:val="aff1"/>
        <w:wordWrap/>
        <w:spacing w:line="240" w:lineRule="auto"/>
        <w:rPr>
          <w:rFonts w:ascii="Arial" w:eastAsia="맑은 고딕" w:hAnsi="Arial" w:cs="Arial"/>
          <w:b/>
          <w:color w:val="auto"/>
          <w:sz w:val="22"/>
          <w:szCs w:val="22"/>
        </w:rPr>
      </w:pPr>
    </w:p>
    <w:p w14:paraId="58BE65EF" w14:textId="77777777" w:rsidR="00CC0DBB" w:rsidRPr="00673F02" w:rsidRDefault="00CC0DBB" w:rsidP="00CC0DBB">
      <w:pPr>
        <w:pStyle w:val="aff1"/>
        <w:wordWrap/>
        <w:spacing w:line="240" w:lineRule="auto"/>
        <w:rPr>
          <w:rFonts w:ascii="Arial" w:hAnsi="Arial" w:cs="Arial"/>
          <w:b/>
          <w:color w:val="auto"/>
          <w:sz w:val="22"/>
          <w:szCs w:val="22"/>
        </w:rPr>
      </w:pPr>
      <w:r w:rsidRPr="00673F02">
        <w:rPr>
          <w:rFonts w:ascii="Arial" w:hAnsi="Arial" w:cs="Arial"/>
          <w:b/>
          <w:bCs/>
          <w:color w:val="auto"/>
          <w:sz w:val="22"/>
          <w:szCs w:val="22"/>
          <w:shd w:val="clear" w:color="auto" w:fill="FFFFFF"/>
        </w:rPr>
        <w:t>CV, Research plan, and Recommendation letter do not need to be attached to this application form. Please submit them by e</w:t>
      </w:r>
      <w:r w:rsidR="003B7297">
        <w:rPr>
          <w:rFonts w:ascii="Arial" w:hAnsi="Arial" w:cs="Arial"/>
          <w:b/>
          <w:bCs/>
          <w:color w:val="auto"/>
          <w:sz w:val="22"/>
          <w:szCs w:val="22"/>
          <w:shd w:val="clear" w:color="auto" w:fill="FFFFFF"/>
        </w:rPr>
        <w:t>-</w:t>
      </w:r>
      <w:r w:rsidRPr="00673F02">
        <w:rPr>
          <w:rFonts w:ascii="Arial" w:hAnsi="Arial" w:cs="Arial"/>
          <w:b/>
          <w:bCs/>
          <w:color w:val="auto"/>
          <w:sz w:val="22"/>
          <w:szCs w:val="22"/>
          <w:shd w:val="clear" w:color="auto" w:fill="FFFFFF"/>
        </w:rPr>
        <w:t>mail to </w:t>
      </w:r>
      <w:r w:rsidRPr="00673F02">
        <w:rPr>
          <w:rFonts w:ascii="Arial" w:eastAsia="맑은 고딕" w:hAnsi="Arial" w:cs="Arial"/>
          <w:b/>
          <w:color w:val="0000FF"/>
          <w:sz w:val="22"/>
          <w:szCs w:val="22"/>
        </w:rPr>
        <w:t>APRI_recruit@gist.ac.kr</w:t>
      </w:r>
    </w:p>
    <w:p w14:paraId="1B5955AC" w14:textId="77777777" w:rsidR="00426DCF" w:rsidRDefault="00426DCF" w:rsidP="00CC0DBB">
      <w:pPr>
        <w:pBdr>
          <w:bottom w:val="single" w:sz="12" w:space="4" w:color="1A73E8"/>
        </w:pBdr>
        <w:spacing w:before="280" w:after="120" w:line="240" w:lineRule="auto"/>
        <w:rPr>
          <w:rFonts w:ascii="Arial" w:eastAsia="맑은 고딕" w:hAnsi="Arial" w:cs="Arial"/>
          <w:b/>
          <w:sz w:val="26"/>
          <w:lang w:eastAsia="ko-KR"/>
        </w:rPr>
      </w:pPr>
      <w:r w:rsidRPr="00673F02">
        <w:rPr>
          <w:rFonts w:ascii="Arial" w:eastAsia="맑은 고딕" w:hAnsi="Arial" w:cs="Arial"/>
          <w:b/>
          <w:sz w:val="26"/>
          <w:lang w:eastAsia="ko-KR"/>
        </w:rPr>
        <w:t>모집분야</w:t>
      </w:r>
      <w:r w:rsidRPr="00673F02">
        <w:rPr>
          <w:rFonts w:ascii="Arial" w:eastAsia="맑은 고딕" w:hAnsi="Arial" w:cs="Arial"/>
          <w:b/>
          <w:sz w:val="26"/>
          <w:lang w:eastAsia="ko-KR"/>
        </w:rPr>
        <w:t xml:space="preserve"> </w:t>
      </w:r>
      <w:r w:rsidR="00673F02" w:rsidRPr="00673F02">
        <w:rPr>
          <w:rFonts w:ascii="Arial" w:eastAsia="맑은 고딕" w:hAnsi="Arial" w:cs="Arial"/>
          <w:b/>
          <w:sz w:val="26"/>
          <w:lang w:eastAsia="ko-KR"/>
        </w:rPr>
        <w:t>(</w:t>
      </w:r>
      <w:r w:rsidR="00673F02" w:rsidRPr="00673F02">
        <w:rPr>
          <w:rFonts w:ascii="Arial" w:eastAsia="맑은 고딕" w:hAnsi="Arial" w:cs="Arial"/>
          <w:b/>
          <w:sz w:val="26"/>
          <w:lang w:eastAsia="ko-KR"/>
        </w:rPr>
        <w:t>선택</w:t>
      </w:r>
      <w:r w:rsidR="00673F02" w:rsidRPr="00673F02">
        <w:rPr>
          <w:rFonts w:ascii="Arial" w:eastAsia="맑은 고딕" w:hAnsi="Arial" w:cs="Arial"/>
          <w:b/>
          <w:sz w:val="26"/>
          <w:lang w:eastAsia="ko-KR"/>
        </w:rPr>
        <w:t>)</w:t>
      </w:r>
    </w:p>
    <w:p w14:paraId="4D3864C6" w14:textId="77777777" w:rsidR="007402AA" w:rsidRDefault="007402AA" w:rsidP="007402AA">
      <w:pPr>
        <w:pStyle w:val="aff1"/>
        <w:wordWrap/>
        <w:spacing w:line="360" w:lineRule="auto"/>
        <w:rPr>
          <w:rFonts w:ascii="Arial" w:eastAsia="맑은 고딕" w:hAnsi="Arial" w:cs="Arial"/>
          <w:color w:val="5F6368"/>
          <w:sz w:val="18"/>
        </w:rPr>
      </w:pPr>
      <w:r w:rsidRPr="00673F02">
        <w:rPr>
          <w:rFonts w:ascii="맑은 고딕" w:eastAsia="맑은 고딕" w:hAnsi="맑은 고딕" w:cs="맑은 고딕" w:hint="eastAsia"/>
          <w:color w:val="5F6368"/>
          <w:sz w:val="18"/>
        </w:rPr>
        <w:t>※</w:t>
      </w:r>
      <w:r w:rsidRPr="00673F02">
        <w:rPr>
          <w:rFonts w:ascii="Arial" w:eastAsia="맑은 고딕" w:hAnsi="Arial" w:cs="Arial"/>
          <w:color w:val="5F6368"/>
          <w:sz w:val="18"/>
        </w:rPr>
        <w:t xml:space="preserve"> </w:t>
      </w:r>
      <w:r>
        <w:rPr>
          <w:rFonts w:ascii="Arial" w:eastAsia="맑은 고딕" w:hAnsi="Arial" w:cs="Arial" w:hint="eastAsia"/>
          <w:color w:val="5F6368"/>
          <w:sz w:val="18"/>
        </w:rPr>
        <w:t>모집분야</w:t>
      </w:r>
      <w:r>
        <w:rPr>
          <w:rFonts w:ascii="Arial" w:eastAsia="맑은 고딕" w:hAnsi="Arial" w:cs="Arial" w:hint="eastAsia"/>
          <w:color w:val="5F6368"/>
          <w:sz w:val="18"/>
        </w:rPr>
        <w:t xml:space="preserve"> </w:t>
      </w:r>
      <w:r>
        <w:rPr>
          <w:rFonts w:ascii="Arial" w:eastAsia="맑은 고딕" w:hAnsi="Arial" w:cs="Arial"/>
          <w:color w:val="5F6368"/>
          <w:sz w:val="18"/>
        </w:rPr>
        <w:t>1</w:t>
      </w:r>
      <w:r>
        <w:rPr>
          <w:rFonts w:ascii="Arial" w:eastAsia="맑은 고딕" w:hAnsi="Arial" w:cs="Arial" w:hint="eastAsia"/>
          <w:color w:val="5F6368"/>
          <w:sz w:val="18"/>
        </w:rPr>
        <w:t>개에</w:t>
      </w:r>
      <w:r>
        <w:rPr>
          <w:rFonts w:ascii="Arial" w:eastAsia="맑은 고딕" w:hAnsi="Arial" w:cs="Arial" w:hint="eastAsia"/>
          <w:color w:val="5F6368"/>
          <w:sz w:val="18"/>
        </w:rPr>
        <w:t xml:space="preserve"> </w:t>
      </w:r>
      <w:r>
        <w:rPr>
          <w:rFonts w:ascii="Arial" w:eastAsia="맑은 고딕" w:hAnsi="Arial" w:cs="Arial" w:hint="eastAsia"/>
          <w:color w:val="5F6368"/>
          <w:sz w:val="18"/>
        </w:rPr>
        <w:t>한하여</w:t>
      </w:r>
      <w:r>
        <w:rPr>
          <w:rFonts w:ascii="Arial" w:eastAsia="맑은 고딕" w:hAnsi="Arial" w:cs="Arial" w:hint="eastAsia"/>
          <w:color w:val="5F6368"/>
          <w:sz w:val="18"/>
        </w:rPr>
        <w:t xml:space="preserve"> </w:t>
      </w:r>
      <w:r>
        <w:rPr>
          <w:rFonts w:ascii="Arial" w:eastAsia="맑은 고딕" w:hAnsi="Arial" w:cs="Arial" w:hint="eastAsia"/>
          <w:color w:val="5F6368"/>
          <w:sz w:val="18"/>
        </w:rPr>
        <w:t>지원</w:t>
      </w:r>
      <w:r>
        <w:rPr>
          <w:rFonts w:ascii="Arial" w:eastAsia="맑은 고딕" w:hAnsi="Arial" w:cs="Arial" w:hint="eastAsia"/>
          <w:color w:val="5F6368"/>
          <w:sz w:val="18"/>
        </w:rPr>
        <w:t xml:space="preserve"> </w:t>
      </w:r>
      <w:r>
        <w:rPr>
          <w:rFonts w:ascii="Arial" w:eastAsia="맑은 고딕" w:hAnsi="Arial" w:cs="Arial" w:hint="eastAsia"/>
          <w:color w:val="5F6368"/>
          <w:sz w:val="18"/>
        </w:rPr>
        <w:t>가능하며</w:t>
      </w:r>
      <w:r>
        <w:rPr>
          <w:rFonts w:ascii="Arial" w:eastAsia="맑은 고딕" w:hAnsi="Arial" w:cs="Arial" w:hint="eastAsia"/>
          <w:color w:val="5F6368"/>
          <w:sz w:val="18"/>
        </w:rPr>
        <w:t xml:space="preserve"> </w:t>
      </w:r>
      <w:r>
        <w:rPr>
          <w:rFonts w:ascii="Arial" w:eastAsia="맑은 고딕" w:hAnsi="Arial" w:cs="Arial" w:hint="eastAsia"/>
          <w:color w:val="5F6368"/>
          <w:sz w:val="18"/>
        </w:rPr>
        <w:t>복수</w:t>
      </w:r>
      <w:r>
        <w:rPr>
          <w:rFonts w:ascii="Arial" w:eastAsia="맑은 고딕" w:hAnsi="Arial" w:cs="Arial" w:hint="eastAsia"/>
          <w:color w:val="5F6368"/>
          <w:sz w:val="18"/>
        </w:rPr>
        <w:t xml:space="preserve"> </w:t>
      </w:r>
      <w:r>
        <w:rPr>
          <w:rFonts w:ascii="Arial" w:eastAsia="맑은 고딕" w:hAnsi="Arial" w:cs="Arial" w:hint="eastAsia"/>
          <w:color w:val="5F6368"/>
          <w:sz w:val="18"/>
        </w:rPr>
        <w:t>지원</w:t>
      </w:r>
      <w:r>
        <w:rPr>
          <w:rFonts w:ascii="Arial" w:eastAsia="맑은 고딕" w:hAnsi="Arial" w:cs="Arial" w:hint="eastAsia"/>
          <w:color w:val="5F6368"/>
          <w:sz w:val="18"/>
        </w:rPr>
        <w:t xml:space="preserve"> </w:t>
      </w:r>
      <w:r>
        <w:rPr>
          <w:rFonts w:ascii="Arial" w:eastAsia="맑은 고딕" w:hAnsi="Arial" w:cs="Arial" w:hint="eastAsia"/>
          <w:color w:val="5F6368"/>
          <w:sz w:val="18"/>
        </w:rPr>
        <w:t>불가</w:t>
      </w:r>
      <w:r>
        <w:rPr>
          <w:rFonts w:ascii="맑은 고딕" w:eastAsia="맑은 고딕" w:hAnsi="맑은 고딕" w:hint="eastAsia"/>
          <w:sz w:val="18"/>
          <w:szCs w:val="18"/>
        </w:rPr>
        <w:t xml:space="preserve"> </w:t>
      </w:r>
      <w:r>
        <w:rPr>
          <w:rFonts w:ascii="맑은 고딕" w:eastAsia="맑은 고딕" w:hAnsi="맑은 고딕"/>
          <w:sz w:val="18"/>
          <w:szCs w:val="18"/>
        </w:rPr>
        <w:t>(</w:t>
      </w:r>
      <w:r w:rsidRPr="00673F02">
        <w:rPr>
          <w:rFonts w:ascii="맑은 고딕" w:eastAsia="맑은 고딕" w:hAnsi="맑은 고딕" w:cs="맑은 고딕" w:hint="eastAsia"/>
          <w:color w:val="5F6368"/>
          <w:sz w:val="18"/>
        </w:rPr>
        <w:t>※</w:t>
      </w:r>
      <w:r w:rsidRPr="00673F02">
        <w:rPr>
          <w:rFonts w:ascii="Arial" w:eastAsia="맑은 고딕" w:hAnsi="Arial" w:cs="Arial"/>
          <w:color w:val="5F6368"/>
          <w:sz w:val="18"/>
        </w:rPr>
        <w:t xml:space="preserve"> </w:t>
      </w:r>
      <w:r>
        <w:rPr>
          <w:rFonts w:ascii="Arial" w:eastAsia="맑은 고딕" w:hAnsi="Arial" w:cs="Arial"/>
          <w:color w:val="5F6368"/>
          <w:sz w:val="18"/>
        </w:rPr>
        <w:t>A</w:t>
      </w:r>
      <w:r w:rsidR="007649A8">
        <w:rPr>
          <w:rFonts w:ascii="Arial" w:eastAsia="맑은 고딕" w:hAnsi="Arial" w:cs="Arial"/>
          <w:color w:val="5F6368"/>
          <w:sz w:val="18"/>
        </w:rPr>
        <w:t>pply to only one field; M</w:t>
      </w:r>
      <w:r w:rsidRPr="007402AA">
        <w:rPr>
          <w:rFonts w:ascii="Arial" w:eastAsia="맑은 고딕" w:hAnsi="Arial" w:cs="Arial"/>
          <w:color w:val="5F6368"/>
          <w:sz w:val="18"/>
        </w:rPr>
        <w:t xml:space="preserve">ultiple </w:t>
      </w:r>
      <w:r w:rsidR="007649A8">
        <w:rPr>
          <w:rFonts w:ascii="Arial" w:eastAsia="맑은 고딕" w:hAnsi="Arial" w:cs="Arial"/>
          <w:color w:val="5F6368"/>
          <w:sz w:val="18"/>
        </w:rPr>
        <w:t>a</w:t>
      </w:r>
      <w:r w:rsidRPr="007402AA">
        <w:rPr>
          <w:rFonts w:ascii="Arial" w:eastAsia="맑은 고딕" w:hAnsi="Arial" w:cs="Arial"/>
          <w:color w:val="5F6368"/>
          <w:sz w:val="18"/>
        </w:rPr>
        <w:t>pplications are not allowed</w:t>
      </w:r>
      <w:r>
        <w:rPr>
          <w:rFonts w:ascii="Arial" w:eastAsia="맑은 고딕" w:hAnsi="Arial" w:cs="Arial"/>
          <w:color w:val="5F6368"/>
          <w:sz w:val="18"/>
        </w:rPr>
        <w:t>)</w:t>
      </w:r>
    </w:p>
    <w:p w14:paraId="077EF01A" w14:textId="77777777" w:rsidR="007D0304" w:rsidRPr="00673F02" w:rsidRDefault="007D0304" w:rsidP="007402AA">
      <w:pPr>
        <w:pStyle w:val="aff1"/>
        <w:wordWrap/>
        <w:spacing w:line="240" w:lineRule="auto"/>
        <w:ind w:left="300" w:hangingChars="150" w:hanging="300"/>
        <w:rPr>
          <w:rFonts w:ascii="Arial" w:hAnsi="Arial" w:cs="Arial"/>
        </w:rPr>
      </w:pPr>
      <w:r w:rsidRPr="00673F02">
        <w:rPr>
          <w:rFonts w:ascii="Segoe UI Symbol" w:eastAsia="맑은 고딕" w:hAnsi="Segoe UI Symbol" w:cs="Segoe UI Symbol"/>
        </w:rPr>
        <w:t>☐</w:t>
      </w:r>
      <w:r w:rsidRPr="00673F02">
        <w:rPr>
          <w:rFonts w:ascii="Arial" w:eastAsia="맑은 고딕" w:hAnsi="Arial" w:cs="Arial"/>
        </w:rPr>
        <w:t xml:space="preserve"> </w:t>
      </w:r>
      <w:r w:rsidRPr="00673F02">
        <w:rPr>
          <w:rFonts w:ascii="Arial" w:eastAsia="맑은 고딕" w:hAnsi="Arial" w:cs="Arial"/>
          <w:spacing w:val="-12"/>
        </w:rPr>
        <w:t>다차원</w:t>
      </w:r>
      <w:r w:rsidRPr="00673F02">
        <w:rPr>
          <w:rFonts w:ascii="Arial" w:eastAsia="맑은 고딕" w:hAnsi="Arial" w:cs="Arial"/>
          <w:spacing w:val="-12"/>
        </w:rPr>
        <w:t xml:space="preserve"> [</w:t>
      </w:r>
      <w:proofErr w:type="spellStart"/>
      <w:r w:rsidRPr="00673F02">
        <w:rPr>
          <w:rFonts w:ascii="Arial" w:eastAsia="맑은 고딕" w:hAnsi="Arial" w:cs="Arial"/>
          <w:spacing w:val="-12"/>
        </w:rPr>
        <w:t>나노입자</w:t>
      </w:r>
      <w:proofErr w:type="spellEnd"/>
      <w:r w:rsidRPr="00673F02">
        <w:rPr>
          <w:rFonts w:ascii="Arial" w:eastAsia="맑은 고딕" w:hAnsi="Arial" w:cs="Arial"/>
          <w:spacing w:val="-12"/>
        </w:rPr>
        <w:t>·</w:t>
      </w:r>
      <w:proofErr w:type="spellStart"/>
      <w:r w:rsidRPr="00673F02">
        <w:rPr>
          <w:rFonts w:ascii="Arial" w:eastAsia="맑은 고딕" w:hAnsi="Arial" w:cs="Arial"/>
          <w:spacing w:val="-12"/>
        </w:rPr>
        <w:t>저차원</w:t>
      </w:r>
      <w:proofErr w:type="spellEnd"/>
      <w:r w:rsidRPr="00673F02">
        <w:rPr>
          <w:rFonts w:ascii="Arial" w:eastAsia="맑은 고딕" w:hAnsi="Arial" w:cs="Arial"/>
          <w:spacing w:val="-12"/>
        </w:rPr>
        <w:t xml:space="preserve">] </w:t>
      </w:r>
      <w:proofErr w:type="spellStart"/>
      <w:r w:rsidRPr="00673F02">
        <w:rPr>
          <w:rFonts w:ascii="Arial" w:eastAsia="맑은 고딕" w:hAnsi="Arial" w:cs="Arial"/>
          <w:spacing w:val="-12"/>
        </w:rPr>
        <w:t>페로브스카이트</w:t>
      </w:r>
      <w:proofErr w:type="spellEnd"/>
      <w:r w:rsidRPr="00673F02">
        <w:rPr>
          <w:rFonts w:ascii="Arial" w:eastAsia="맑은 고딕" w:hAnsi="Arial" w:cs="Arial"/>
          <w:spacing w:val="-12"/>
        </w:rPr>
        <w:t xml:space="preserve"> </w:t>
      </w:r>
      <w:r w:rsidRPr="00673F02">
        <w:rPr>
          <w:rFonts w:ascii="Arial" w:eastAsia="맑은 고딕" w:hAnsi="Arial" w:cs="Arial"/>
          <w:spacing w:val="-12"/>
        </w:rPr>
        <w:t>소재</w:t>
      </w:r>
      <w:r w:rsidRPr="00673F02">
        <w:rPr>
          <w:rFonts w:ascii="Arial" w:eastAsia="맑은 고딕" w:hAnsi="Arial" w:cs="Arial"/>
          <w:spacing w:val="-12"/>
        </w:rPr>
        <w:t xml:space="preserve"> </w:t>
      </w:r>
      <w:r w:rsidRPr="00673F02">
        <w:rPr>
          <w:rFonts w:ascii="Arial" w:eastAsia="맑은 고딕" w:hAnsi="Arial" w:cs="Arial"/>
          <w:spacing w:val="-12"/>
        </w:rPr>
        <w:t>합성</w:t>
      </w:r>
      <w:r w:rsidRPr="00673F02">
        <w:rPr>
          <w:rFonts w:ascii="Arial" w:eastAsia="맑은 고딕" w:hAnsi="Arial" w:cs="Arial"/>
          <w:spacing w:val="-12"/>
        </w:rPr>
        <w:t xml:space="preserve"> </w:t>
      </w:r>
      <w:r w:rsidRPr="00673F02">
        <w:rPr>
          <w:rFonts w:ascii="Arial" w:eastAsia="맑은 고딕" w:hAnsi="Arial" w:cs="Arial"/>
          <w:spacing w:val="-12"/>
        </w:rPr>
        <w:t>및</w:t>
      </w:r>
      <w:r w:rsidRPr="00673F02">
        <w:rPr>
          <w:rFonts w:ascii="Arial" w:eastAsia="맑은 고딕" w:hAnsi="Arial" w:cs="Arial"/>
          <w:spacing w:val="-12"/>
        </w:rPr>
        <w:t xml:space="preserve"> </w:t>
      </w:r>
      <w:proofErr w:type="spellStart"/>
      <w:r w:rsidRPr="00673F02">
        <w:rPr>
          <w:rFonts w:ascii="Arial" w:eastAsia="맑은 고딕" w:hAnsi="Arial" w:cs="Arial"/>
          <w:spacing w:val="-12"/>
        </w:rPr>
        <w:t>광감응형</w:t>
      </w:r>
      <w:proofErr w:type="spellEnd"/>
      <w:r w:rsidRPr="00673F02">
        <w:rPr>
          <w:rFonts w:ascii="Arial" w:eastAsia="맑은 고딕" w:hAnsi="Arial" w:cs="Arial"/>
          <w:spacing w:val="-12"/>
        </w:rPr>
        <w:t xml:space="preserve"> </w:t>
      </w:r>
      <w:r w:rsidRPr="00673F02">
        <w:rPr>
          <w:rFonts w:ascii="Arial" w:eastAsia="맑은 고딕" w:hAnsi="Arial" w:cs="Arial"/>
          <w:spacing w:val="-12"/>
        </w:rPr>
        <w:t>가스</w:t>
      </w:r>
      <w:r w:rsidRPr="00673F02">
        <w:rPr>
          <w:rFonts w:ascii="Arial" w:eastAsia="맑은 고딕" w:hAnsi="Arial" w:cs="Arial"/>
          <w:spacing w:val="-12"/>
        </w:rPr>
        <w:t xml:space="preserve"> </w:t>
      </w:r>
      <w:r w:rsidR="00673F02" w:rsidRPr="00673F02">
        <w:rPr>
          <w:rFonts w:ascii="Arial" w:eastAsia="맑은 고딕" w:hAnsi="Arial" w:cs="Arial"/>
          <w:spacing w:val="-12"/>
        </w:rPr>
        <w:t>센서</w:t>
      </w:r>
      <w:r w:rsidR="00673F02" w:rsidRPr="00673F02">
        <w:rPr>
          <w:rFonts w:ascii="Arial" w:eastAsia="맑은 고딕" w:hAnsi="Arial" w:cs="Arial"/>
          <w:spacing w:val="-12"/>
        </w:rPr>
        <w:t xml:space="preserve"> </w:t>
      </w:r>
      <w:r w:rsidR="00673F02" w:rsidRPr="00673F02">
        <w:rPr>
          <w:rFonts w:ascii="Arial" w:eastAsia="맑은 고딕" w:hAnsi="Arial" w:cs="Arial"/>
          <w:spacing w:val="-12"/>
        </w:rPr>
        <w:t>소자</w:t>
      </w:r>
      <w:r w:rsidR="00673F02" w:rsidRPr="00673F02">
        <w:rPr>
          <w:rFonts w:ascii="Arial" w:eastAsia="맑은 고딕" w:hAnsi="Arial" w:cs="Arial"/>
          <w:spacing w:val="-12"/>
        </w:rPr>
        <w:t xml:space="preserve"> </w:t>
      </w:r>
      <w:r w:rsidR="00673F02" w:rsidRPr="00673F02">
        <w:rPr>
          <w:rFonts w:ascii="Arial" w:eastAsia="맑은 고딕" w:hAnsi="Arial" w:cs="Arial"/>
          <w:spacing w:val="-12"/>
        </w:rPr>
        <w:t>개발</w:t>
      </w:r>
      <w:r w:rsidR="00673F02" w:rsidRPr="00673F02">
        <w:rPr>
          <w:rFonts w:ascii="Arial" w:eastAsia="맑은 고딕" w:hAnsi="Arial" w:cs="Arial"/>
          <w:spacing w:val="-12"/>
        </w:rPr>
        <w:t>(</w:t>
      </w:r>
      <w:r w:rsidR="00B973D9">
        <w:rPr>
          <w:rFonts w:ascii="Arial" w:hAnsi="Arial" w:cs="Arial"/>
        </w:rPr>
        <w:t>Synthesis of M</w:t>
      </w:r>
      <w:r w:rsidR="00673F02" w:rsidRPr="00673F02">
        <w:rPr>
          <w:rFonts w:ascii="Arial" w:hAnsi="Arial" w:cs="Arial"/>
        </w:rPr>
        <w:t>ulti-</w:t>
      </w:r>
      <w:r w:rsidR="00B973D9">
        <w:rPr>
          <w:rFonts w:ascii="Arial" w:hAnsi="Arial" w:cs="Arial"/>
        </w:rPr>
        <w:t>D</w:t>
      </w:r>
      <w:r w:rsidR="00673F02" w:rsidRPr="00673F02">
        <w:rPr>
          <w:rFonts w:ascii="Arial" w:hAnsi="Arial" w:cs="Arial"/>
        </w:rPr>
        <w:t xml:space="preserve">imensional </w:t>
      </w:r>
      <w:r w:rsidR="00B973D9">
        <w:rPr>
          <w:rFonts w:ascii="Arial" w:hAnsi="Arial" w:cs="Arial"/>
        </w:rPr>
        <w:t>P</w:t>
      </w:r>
      <w:r w:rsidR="00673F02" w:rsidRPr="00673F02">
        <w:rPr>
          <w:rFonts w:ascii="Arial" w:hAnsi="Arial" w:cs="Arial"/>
        </w:rPr>
        <w:t>erovskite (</w:t>
      </w:r>
      <w:r w:rsidR="00B973D9">
        <w:rPr>
          <w:rFonts w:ascii="Arial" w:hAnsi="Arial" w:cs="Arial"/>
        </w:rPr>
        <w:t>N</w:t>
      </w:r>
      <w:r w:rsidR="00673F02" w:rsidRPr="00673F02">
        <w:rPr>
          <w:rFonts w:ascii="Arial" w:hAnsi="Arial" w:cs="Arial"/>
        </w:rPr>
        <w:t xml:space="preserve">anoparticle/Low-Dimensional) </w:t>
      </w:r>
      <w:r w:rsidR="00B973D9">
        <w:rPr>
          <w:rFonts w:ascii="Arial" w:hAnsi="Arial" w:cs="Arial"/>
        </w:rPr>
        <w:t xml:space="preserve">Materials </w:t>
      </w:r>
      <w:r w:rsidR="00673F02" w:rsidRPr="00673F02">
        <w:rPr>
          <w:rFonts w:ascii="Arial" w:hAnsi="Arial" w:cs="Arial"/>
        </w:rPr>
        <w:t>&amp; Light-</w:t>
      </w:r>
      <w:r w:rsidR="00B973D9">
        <w:rPr>
          <w:rFonts w:ascii="Arial" w:hAnsi="Arial" w:cs="Arial"/>
        </w:rPr>
        <w:t>Sensitized G</w:t>
      </w:r>
      <w:r w:rsidR="00673F02" w:rsidRPr="00673F02">
        <w:rPr>
          <w:rFonts w:ascii="Arial" w:hAnsi="Arial" w:cs="Arial"/>
        </w:rPr>
        <w:t xml:space="preserve">as </w:t>
      </w:r>
      <w:r w:rsidR="00B973D9">
        <w:rPr>
          <w:rFonts w:ascii="Arial" w:hAnsi="Arial" w:cs="Arial"/>
        </w:rPr>
        <w:t>S</w:t>
      </w:r>
      <w:r w:rsidR="00673F02" w:rsidRPr="00673F02">
        <w:rPr>
          <w:rFonts w:ascii="Arial" w:hAnsi="Arial" w:cs="Arial"/>
        </w:rPr>
        <w:t>ensors)</w:t>
      </w:r>
    </w:p>
    <w:p w14:paraId="2BCDC5B3" w14:textId="77777777" w:rsidR="007D0304" w:rsidRPr="00673F02" w:rsidRDefault="007D0304" w:rsidP="007402AA">
      <w:pPr>
        <w:pStyle w:val="aff1"/>
        <w:wordWrap/>
        <w:spacing w:line="240" w:lineRule="auto"/>
        <w:rPr>
          <w:rFonts w:ascii="Arial" w:hAnsi="Arial" w:cs="Arial"/>
        </w:rPr>
      </w:pPr>
      <w:proofErr w:type="gramStart"/>
      <w:r w:rsidRPr="00673F02">
        <w:rPr>
          <w:rFonts w:ascii="Segoe UI Symbol" w:eastAsia="맑은 고딕" w:hAnsi="Segoe UI Symbol" w:cs="Segoe UI Symbol"/>
        </w:rPr>
        <w:t>☐</w:t>
      </w:r>
      <w:r w:rsidRPr="00673F02">
        <w:rPr>
          <w:rFonts w:ascii="Arial" w:eastAsia="맑은 고딕" w:hAnsi="Arial" w:cs="Arial"/>
        </w:rPr>
        <w:t xml:space="preserve">  </w:t>
      </w:r>
      <w:proofErr w:type="spellStart"/>
      <w:r w:rsidRPr="00673F02">
        <w:rPr>
          <w:rFonts w:ascii="Arial" w:eastAsia="맑은 고딕" w:hAnsi="Arial" w:cs="Arial"/>
          <w:spacing w:val="-12"/>
        </w:rPr>
        <w:t>페로브스카이트</w:t>
      </w:r>
      <w:proofErr w:type="spellEnd"/>
      <w:proofErr w:type="gramEnd"/>
      <w:r w:rsidRPr="00673F02">
        <w:rPr>
          <w:rFonts w:ascii="Arial" w:eastAsia="맑은 고딕" w:hAnsi="Arial" w:cs="Arial"/>
          <w:spacing w:val="-12"/>
        </w:rPr>
        <w:t xml:space="preserve"> </w:t>
      </w:r>
      <w:proofErr w:type="spellStart"/>
      <w:r w:rsidRPr="00673F02">
        <w:rPr>
          <w:rFonts w:ascii="Arial" w:eastAsia="맑은 고딕" w:hAnsi="Arial" w:cs="Arial"/>
          <w:spacing w:val="-12"/>
        </w:rPr>
        <w:t>전기발광소자</w:t>
      </w:r>
      <w:proofErr w:type="spellEnd"/>
      <w:r w:rsidRPr="00673F02">
        <w:rPr>
          <w:rFonts w:ascii="Arial" w:eastAsia="맑은 고딕" w:hAnsi="Arial" w:cs="Arial"/>
          <w:spacing w:val="-12"/>
        </w:rPr>
        <w:t xml:space="preserve"> </w:t>
      </w:r>
      <w:r w:rsidRPr="00673F02">
        <w:rPr>
          <w:rFonts w:ascii="Arial" w:eastAsia="맑은 고딕" w:hAnsi="Arial" w:cs="Arial"/>
          <w:spacing w:val="-12"/>
        </w:rPr>
        <w:t>개발</w:t>
      </w:r>
      <w:r w:rsidR="00673F02" w:rsidRPr="00673F02">
        <w:rPr>
          <w:rFonts w:ascii="Arial" w:eastAsia="맑은 고딕" w:hAnsi="Arial" w:cs="Arial"/>
          <w:spacing w:val="-12"/>
        </w:rPr>
        <w:t>(</w:t>
      </w:r>
      <w:r w:rsidR="00673F02" w:rsidRPr="009354FD">
        <w:rPr>
          <w:rFonts w:ascii="Arial" w:hAnsi="Arial" w:cs="Arial"/>
        </w:rPr>
        <w:t xml:space="preserve">Perovskite </w:t>
      </w:r>
      <w:r w:rsidR="009354FD" w:rsidRPr="009354FD">
        <w:rPr>
          <w:rFonts w:ascii="Arial" w:hAnsi="Arial" w:cs="Arial"/>
        </w:rPr>
        <w:t>L</w:t>
      </w:r>
      <w:r w:rsidR="00B973D9" w:rsidRPr="009354FD">
        <w:rPr>
          <w:rFonts w:ascii="Arial" w:hAnsi="Arial" w:cs="Arial"/>
        </w:rPr>
        <w:t>ight-</w:t>
      </w:r>
      <w:r w:rsidR="009354FD" w:rsidRPr="009354FD">
        <w:rPr>
          <w:rFonts w:ascii="Arial" w:hAnsi="Arial" w:cs="Arial"/>
        </w:rPr>
        <w:t>E</w:t>
      </w:r>
      <w:r w:rsidR="00B973D9" w:rsidRPr="009354FD">
        <w:rPr>
          <w:rFonts w:ascii="Arial" w:hAnsi="Arial" w:cs="Arial"/>
        </w:rPr>
        <w:t xml:space="preserve">mitting </w:t>
      </w:r>
      <w:r w:rsidR="009354FD" w:rsidRPr="009354FD">
        <w:rPr>
          <w:rFonts w:ascii="Arial" w:hAnsi="Arial" w:cs="Arial"/>
        </w:rPr>
        <w:t>D</w:t>
      </w:r>
      <w:r w:rsidR="00B973D9" w:rsidRPr="009354FD">
        <w:rPr>
          <w:rFonts w:ascii="Arial" w:hAnsi="Arial" w:cs="Arial"/>
        </w:rPr>
        <w:t xml:space="preserve">iodes </w:t>
      </w:r>
      <w:r w:rsidR="00673F02" w:rsidRPr="009354FD">
        <w:rPr>
          <w:rFonts w:ascii="Arial" w:hAnsi="Arial" w:cs="Arial"/>
        </w:rPr>
        <w:t>(</w:t>
      </w:r>
      <w:proofErr w:type="spellStart"/>
      <w:r w:rsidR="00673F02" w:rsidRPr="009354FD">
        <w:rPr>
          <w:rFonts w:ascii="Arial" w:hAnsi="Arial" w:cs="Arial"/>
        </w:rPr>
        <w:t>PeLEDs</w:t>
      </w:r>
      <w:proofErr w:type="spellEnd"/>
      <w:r w:rsidR="00673F02" w:rsidRPr="009354FD">
        <w:rPr>
          <w:rFonts w:ascii="Arial" w:hAnsi="Arial" w:cs="Arial"/>
        </w:rPr>
        <w:t>))</w:t>
      </w:r>
    </w:p>
    <w:p w14:paraId="10263CF8" w14:textId="77777777" w:rsidR="007D0304" w:rsidRPr="00673F02" w:rsidRDefault="007D0304" w:rsidP="007402AA">
      <w:pPr>
        <w:pStyle w:val="aff1"/>
        <w:wordWrap/>
        <w:spacing w:line="240" w:lineRule="auto"/>
        <w:rPr>
          <w:rFonts w:ascii="Arial" w:hAnsi="Arial" w:cs="Arial"/>
        </w:rPr>
      </w:pPr>
      <w:proofErr w:type="gramStart"/>
      <w:r w:rsidRPr="00673F02">
        <w:rPr>
          <w:rFonts w:ascii="Segoe UI Symbol" w:eastAsia="맑은 고딕" w:hAnsi="Segoe UI Symbol" w:cs="Segoe UI Symbol"/>
        </w:rPr>
        <w:t>☐</w:t>
      </w:r>
      <w:r w:rsidRPr="00673F02">
        <w:rPr>
          <w:rFonts w:ascii="Arial" w:eastAsia="맑은 고딕" w:hAnsi="Arial" w:cs="Arial"/>
        </w:rPr>
        <w:t xml:space="preserve">  </w:t>
      </w:r>
      <w:proofErr w:type="spellStart"/>
      <w:r w:rsidRPr="00673F02">
        <w:rPr>
          <w:rFonts w:ascii="Arial" w:eastAsia="맑은 고딕" w:hAnsi="Arial" w:cs="Arial"/>
          <w:spacing w:val="-12"/>
        </w:rPr>
        <w:t>카이랄</w:t>
      </w:r>
      <w:proofErr w:type="spellEnd"/>
      <w:proofErr w:type="gramEnd"/>
      <w:r w:rsidRPr="00673F02">
        <w:rPr>
          <w:rFonts w:ascii="Arial" w:eastAsia="맑은 고딕" w:hAnsi="Arial" w:cs="Arial"/>
          <w:spacing w:val="-12"/>
        </w:rPr>
        <w:t xml:space="preserve"> </w:t>
      </w:r>
      <w:proofErr w:type="spellStart"/>
      <w:r w:rsidRPr="00673F02">
        <w:rPr>
          <w:rFonts w:ascii="Arial" w:eastAsia="맑은 고딕" w:hAnsi="Arial" w:cs="Arial"/>
          <w:spacing w:val="-12"/>
        </w:rPr>
        <w:t>광소재</w:t>
      </w:r>
      <w:proofErr w:type="spellEnd"/>
      <w:r w:rsidRPr="00673F02">
        <w:rPr>
          <w:rFonts w:ascii="Arial" w:eastAsia="맑은 고딕" w:hAnsi="Arial" w:cs="Arial"/>
          <w:spacing w:val="-12"/>
        </w:rPr>
        <w:t xml:space="preserve"> </w:t>
      </w:r>
      <w:r w:rsidRPr="00673F02">
        <w:rPr>
          <w:rFonts w:ascii="Arial" w:eastAsia="맑은 고딕" w:hAnsi="Arial" w:cs="Arial"/>
          <w:spacing w:val="-12"/>
        </w:rPr>
        <w:t>및</w:t>
      </w:r>
      <w:r w:rsidRPr="00673F02">
        <w:rPr>
          <w:rFonts w:ascii="Arial" w:eastAsia="맑은 고딕" w:hAnsi="Arial" w:cs="Arial"/>
          <w:spacing w:val="-12"/>
        </w:rPr>
        <w:t xml:space="preserve"> </w:t>
      </w:r>
      <w:r w:rsidRPr="00673F02">
        <w:rPr>
          <w:rFonts w:ascii="Arial" w:eastAsia="맑은 고딕" w:hAnsi="Arial" w:cs="Arial"/>
          <w:spacing w:val="-12"/>
        </w:rPr>
        <w:t>스핀</w:t>
      </w:r>
      <w:r w:rsidRPr="00673F02">
        <w:rPr>
          <w:rFonts w:ascii="Arial" w:eastAsia="맑은 고딕" w:hAnsi="Arial" w:cs="Arial"/>
          <w:spacing w:val="-12"/>
        </w:rPr>
        <w:t xml:space="preserve"> </w:t>
      </w:r>
      <w:r w:rsidRPr="00673F02">
        <w:rPr>
          <w:rFonts w:ascii="Arial" w:eastAsia="맑은 고딕" w:hAnsi="Arial" w:cs="Arial"/>
          <w:w w:val="95"/>
        </w:rPr>
        <w:t>양자</w:t>
      </w:r>
      <w:r w:rsidRPr="00673F02">
        <w:rPr>
          <w:rFonts w:ascii="Arial" w:eastAsia="맑은 고딕" w:hAnsi="Arial" w:cs="Arial"/>
          <w:w w:val="95"/>
        </w:rPr>
        <w:t xml:space="preserve"> </w:t>
      </w:r>
      <w:r w:rsidRPr="00673F02">
        <w:rPr>
          <w:rFonts w:ascii="Arial" w:eastAsia="맑은 고딕" w:hAnsi="Arial" w:cs="Arial"/>
          <w:spacing w:val="-12"/>
        </w:rPr>
        <w:t>광학소자</w:t>
      </w:r>
      <w:r w:rsidRPr="00673F02">
        <w:rPr>
          <w:rFonts w:ascii="Arial" w:eastAsia="맑은 고딕" w:hAnsi="Arial" w:cs="Arial"/>
          <w:spacing w:val="-12"/>
        </w:rPr>
        <w:t xml:space="preserve"> </w:t>
      </w:r>
      <w:r w:rsidRPr="00673F02">
        <w:rPr>
          <w:rFonts w:ascii="Arial" w:eastAsia="맑은 고딕" w:hAnsi="Arial" w:cs="Arial"/>
          <w:spacing w:val="-12"/>
        </w:rPr>
        <w:t>개발</w:t>
      </w:r>
      <w:r w:rsidR="00673F02" w:rsidRPr="00673F02">
        <w:rPr>
          <w:rFonts w:ascii="Arial" w:eastAsia="맑은 고딕" w:hAnsi="Arial" w:cs="Arial"/>
          <w:spacing w:val="-12"/>
        </w:rPr>
        <w:t>(</w:t>
      </w:r>
      <w:r w:rsidR="00673F02" w:rsidRPr="00673F02">
        <w:rPr>
          <w:rFonts w:ascii="Arial" w:hAnsi="Arial" w:cs="Arial"/>
        </w:rPr>
        <w:t xml:space="preserve">Chiral </w:t>
      </w:r>
      <w:r w:rsidR="009354FD">
        <w:rPr>
          <w:rFonts w:ascii="Arial" w:hAnsi="Arial" w:cs="Arial"/>
        </w:rPr>
        <w:t>O</w:t>
      </w:r>
      <w:r w:rsidR="00673F02" w:rsidRPr="00673F02">
        <w:rPr>
          <w:rFonts w:ascii="Arial" w:hAnsi="Arial" w:cs="Arial"/>
        </w:rPr>
        <w:t xml:space="preserve">ptical </w:t>
      </w:r>
      <w:r w:rsidR="009354FD">
        <w:rPr>
          <w:rFonts w:ascii="Arial" w:hAnsi="Arial" w:cs="Arial"/>
        </w:rPr>
        <w:t>M</w:t>
      </w:r>
      <w:r w:rsidR="00673F02" w:rsidRPr="00673F02">
        <w:rPr>
          <w:rFonts w:ascii="Arial" w:hAnsi="Arial" w:cs="Arial"/>
        </w:rPr>
        <w:t xml:space="preserve">aterials &amp; Spin </w:t>
      </w:r>
      <w:r w:rsidR="009354FD">
        <w:rPr>
          <w:rFonts w:ascii="Arial" w:hAnsi="Arial" w:cs="Arial"/>
        </w:rPr>
        <w:t>Q</w:t>
      </w:r>
      <w:r w:rsidR="00673F02" w:rsidRPr="00673F02">
        <w:rPr>
          <w:rFonts w:ascii="Arial" w:hAnsi="Arial" w:cs="Arial"/>
        </w:rPr>
        <w:t xml:space="preserve">uantum </w:t>
      </w:r>
      <w:r w:rsidR="009354FD">
        <w:rPr>
          <w:rFonts w:ascii="Arial" w:hAnsi="Arial" w:cs="Arial"/>
        </w:rPr>
        <w:t>P</w:t>
      </w:r>
      <w:r w:rsidR="00B973D9" w:rsidRPr="009354FD">
        <w:rPr>
          <w:rFonts w:ascii="Arial" w:hAnsi="Arial" w:cs="Arial"/>
        </w:rPr>
        <w:t xml:space="preserve">hotonic </w:t>
      </w:r>
      <w:r w:rsidR="009354FD">
        <w:rPr>
          <w:rFonts w:ascii="Arial" w:hAnsi="Arial" w:cs="Arial"/>
        </w:rPr>
        <w:t>D</w:t>
      </w:r>
      <w:r w:rsidR="00B973D9" w:rsidRPr="009354FD">
        <w:rPr>
          <w:rFonts w:ascii="Arial" w:hAnsi="Arial" w:cs="Arial"/>
        </w:rPr>
        <w:t>evices</w:t>
      </w:r>
      <w:r w:rsidR="00673F02" w:rsidRPr="00673F02">
        <w:rPr>
          <w:rFonts w:ascii="Arial" w:hAnsi="Arial" w:cs="Arial"/>
        </w:rPr>
        <w:t>)</w:t>
      </w:r>
    </w:p>
    <w:p w14:paraId="25FDC0E0" w14:textId="77777777" w:rsidR="007D0304" w:rsidRPr="00673F02" w:rsidRDefault="007D0304" w:rsidP="007402AA">
      <w:pPr>
        <w:pStyle w:val="aff1"/>
        <w:wordWrap/>
        <w:spacing w:line="240" w:lineRule="auto"/>
        <w:rPr>
          <w:rFonts w:ascii="Arial" w:hAnsi="Arial" w:cs="Arial"/>
        </w:rPr>
      </w:pPr>
      <w:proofErr w:type="gramStart"/>
      <w:r w:rsidRPr="00673F02">
        <w:rPr>
          <w:rFonts w:ascii="Segoe UI Symbol" w:eastAsia="맑은 고딕" w:hAnsi="Segoe UI Symbol" w:cs="Segoe UI Symbol"/>
        </w:rPr>
        <w:t>☐</w:t>
      </w:r>
      <w:r w:rsidRPr="00673F02">
        <w:rPr>
          <w:rFonts w:ascii="Arial" w:eastAsia="맑은 고딕" w:hAnsi="Arial" w:cs="Arial"/>
        </w:rPr>
        <w:t xml:space="preserve">  </w:t>
      </w:r>
      <w:proofErr w:type="spellStart"/>
      <w:r w:rsidRPr="00673F02">
        <w:rPr>
          <w:rFonts w:ascii="Arial" w:eastAsia="맑은 고딕" w:hAnsi="Arial" w:cs="Arial"/>
          <w:spacing w:val="-12"/>
        </w:rPr>
        <w:t>페로브스카이트</w:t>
      </w:r>
      <w:proofErr w:type="spellEnd"/>
      <w:proofErr w:type="gramEnd"/>
      <w:r w:rsidRPr="00673F02">
        <w:rPr>
          <w:rFonts w:ascii="Arial" w:eastAsia="맑은 고딕" w:hAnsi="Arial" w:cs="Arial"/>
          <w:spacing w:val="-12"/>
        </w:rPr>
        <w:t xml:space="preserve"> </w:t>
      </w:r>
      <w:proofErr w:type="spellStart"/>
      <w:r w:rsidRPr="00673F02">
        <w:rPr>
          <w:rFonts w:ascii="Arial" w:eastAsia="맑은 고딕" w:hAnsi="Arial" w:cs="Arial"/>
          <w:spacing w:val="-12"/>
        </w:rPr>
        <w:t>광센서</w:t>
      </w:r>
      <w:proofErr w:type="spellEnd"/>
      <w:r w:rsidRPr="00673F02">
        <w:rPr>
          <w:rFonts w:ascii="Arial" w:eastAsia="맑은 고딕" w:hAnsi="Arial" w:cs="Arial"/>
          <w:spacing w:val="-12"/>
        </w:rPr>
        <w:t xml:space="preserve"> </w:t>
      </w:r>
      <w:r w:rsidRPr="00673F02">
        <w:rPr>
          <w:rFonts w:ascii="Arial" w:eastAsia="맑은 고딕" w:hAnsi="Arial" w:cs="Arial"/>
          <w:spacing w:val="-12"/>
        </w:rPr>
        <w:t>소재</w:t>
      </w:r>
      <w:r w:rsidRPr="00673F02">
        <w:rPr>
          <w:rFonts w:ascii="Arial" w:eastAsia="맑은 고딕" w:hAnsi="Arial" w:cs="Arial"/>
          <w:spacing w:val="-12"/>
        </w:rPr>
        <w:t xml:space="preserve"> </w:t>
      </w:r>
      <w:r w:rsidRPr="00673F02">
        <w:rPr>
          <w:rFonts w:ascii="Arial" w:eastAsia="맑은 고딕" w:hAnsi="Arial" w:cs="Arial"/>
          <w:spacing w:val="-12"/>
        </w:rPr>
        <w:t>및</w:t>
      </w:r>
      <w:r w:rsidRPr="00673F02">
        <w:rPr>
          <w:rFonts w:ascii="Arial" w:eastAsia="맑은 고딕" w:hAnsi="Arial" w:cs="Arial"/>
          <w:spacing w:val="-12"/>
        </w:rPr>
        <w:t xml:space="preserve"> </w:t>
      </w:r>
      <w:r w:rsidRPr="00673F02">
        <w:rPr>
          <w:rFonts w:ascii="Arial" w:eastAsia="맑은 고딕" w:hAnsi="Arial" w:cs="Arial"/>
          <w:spacing w:val="-12"/>
        </w:rPr>
        <w:t>소자</w:t>
      </w:r>
      <w:r w:rsidRPr="00673F02">
        <w:rPr>
          <w:rFonts w:ascii="Arial" w:eastAsia="맑은 고딕" w:hAnsi="Arial" w:cs="Arial"/>
          <w:spacing w:val="-12"/>
        </w:rPr>
        <w:t xml:space="preserve"> </w:t>
      </w:r>
      <w:r w:rsidRPr="00673F02">
        <w:rPr>
          <w:rFonts w:ascii="Arial" w:eastAsia="맑은 고딕" w:hAnsi="Arial" w:cs="Arial"/>
          <w:spacing w:val="-12"/>
        </w:rPr>
        <w:t>개발</w:t>
      </w:r>
      <w:r w:rsidR="00673F02" w:rsidRPr="00673F02">
        <w:rPr>
          <w:rFonts w:ascii="Arial" w:eastAsia="맑은 고딕" w:hAnsi="Arial" w:cs="Arial"/>
          <w:spacing w:val="-12"/>
        </w:rPr>
        <w:t>(</w:t>
      </w:r>
      <w:r w:rsidR="00673F02" w:rsidRPr="00673F02">
        <w:rPr>
          <w:rFonts w:ascii="Arial" w:hAnsi="Arial" w:cs="Arial"/>
        </w:rPr>
        <w:t xml:space="preserve">Perovskite </w:t>
      </w:r>
      <w:r w:rsidR="00673F02" w:rsidRPr="009354FD">
        <w:rPr>
          <w:rFonts w:ascii="Arial" w:hAnsi="Arial" w:cs="Arial"/>
        </w:rPr>
        <w:t>Photodetectors</w:t>
      </w:r>
      <w:r w:rsidR="009354FD" w:rsidRPr="009354FD">
        <w:rPr>
          <w:rFonts w:ascii="Arial" w:hAnsi="Arial" w:cs="Arial"/>
        </w:rPr>
        <w:t xml:space="preserve"> (Materials </w:t>
      </w:r>
      <w:r w:rsidR="00CD37F9" w:rsidRPr="00673F02">
        <w:rPr>
          <w:rFonts w:ascii="Arial" w:hAnsi="Arial" w:cs="Arial"/>
        </w:rPr>
        <w:t>&amp;</w:t>
      </w:r>
      <w:r w:rsidR="009354FD" w:rsidRPr="009354FD">
        <w:rPr>
          <w:rFonts w:ascii="Arial" w:hAnsi="Arial" w:cs="Arial"/>
        </w:rPr>
        <w:t xml:space="preserve"> Devices)</w:t>
      </w:r>
      <w:r w:rsidR="00673F02" w:rsidRPr="009354FD">
        <w:rPr>
          <w:rFonts w:ascii="Arial" w:hAnsi="Arial" w:cs="Arial"/>
        </w:rPr>
        <w:t>)</w:t>
      </w:r>
    </w:p>
    <w:p w14:paraId="12DD0F7E" w14:textId="77777777" w:rsidR="007D0304" w:rsidRDefault="007D0304" w:rsidP="007402AA">
      <w:pPr>
        <w:pStyle w:val="aff1"/>
        <w:tabs>
          <w:tab w:val="center" w:pos="4873"/>
        </w:tabs>
        <w:wordWrap/>
        <w:spacing w:line="240" w:lineRule="auto"/>
        <w:ind w:left="166" w:hanging="166"/>
        <w:rPr>
          <w:rFonts w:ascii="Arial" w:hAnsi="Arial" w:cs="Arial"/>
        </w:rPr>
      </w:pPr>
      <w:proofErr w:type="gramStart"/>
      <w:r w:rsidRPr="00673F02">
        <w:rPr>
          <w:rFonts w:ascii="Segoe UI Symbol" w:eastAsia="맑은 고딕" w:hAnsi="Segoe UI Symbol" w:cs="Segoe UI Symbol"/>
        </w:rPr>
        <w:t>☐</w:t>
      </w:r>
      <w:r w:rsidRPr="00673F02">
        <w:rPr>
          <w:rFonts w:ascii="Arial" w:eastAsia="맑은 고딕" w:hAnsi="Arial" w:cs="Arial"/>
        </w:rPr>
        <w:t xml:space="preserve">  </w:t>
      </w:r>
      <w:r w:rsidRPr="00673F02">
        <w:rPr>
          <w:rFonts w:ascii="Arial" w:eastAsia="맑은 고딕" w:hAnsi="Arial" w:cs="Arial"/>
          <w:spacing w:val="-12"/>
        </w:rPr>
        <w:t>유연</w:t>
      </w:r>
      <w:proofErr w:type="gramEnd"/>
      <w:r w:rsidRPr="00673F02">
        <w:rPr>
          <w:rFonts w:ascii="Arial" w:eastAsia="맑은 고딕" w:hAnsi="Arial" w:cs="Arial"/>
          <w:spacing w:val="-12"/>
        </w:rPr>
        <w:t>·</w:t>
      </w:r>
      <w:r w:rsidRPr="00673F02">
        <w:rPr>
          <w:rFonts w:ascii="Arial" w:eastAsia="맑은 고딕" w:hAnsi="Arial" w:cs="Arial"/>
          <w:spacing w:val="-12"/>
        </w:rPr>
        <w:t>대면적</w:t>
      </w:r>
      <w:r w:rsidRPr="00673F02">
        <w:rPr>
          <w:rFonts w:ascii="Arial" w:eastAsia="맑은 고딕" w:hAnsi="Arial" w:cs="Arial"/>
          <w:spacing w:val="-12"/>
        </w:rPr>
        <w:t xml:space="preserve"> </w:t>
      </w:r>
      <w:r w:rsidRPr="00673F02">
        <w:rPr>
          <w:rFonts w:ascii="Arial" w:eastAsia="맑은 고딕" w:hAnsi="Arial" w:cs="Arial"/>
          <w:spacing w:val="-12"/>
        </w:rPr>
        <w:t>소자</w:t>
      </w:r>
      <w:r w:rsidRPr="00673F02">
        <w:rPr>
          <w:rFonts w:ascii="Arial" w:eastAsia="맑은 고딕" w:hAnsi="Arial" w:cs="Arial"/>
          <w:spacing w:val="-12"/>
        </w:rPr>
        <w:t xml:space="preserve"> </w:t>
      </w:r>
      <w:r w:rsidRPr="00673F02">
        <w:rPr>
          <w:rFonts w:ascii="Arial" w:eastAsia="맑은 고딕" w:hAnsi="Arial" w:cs="Arial"/>
          <w:spacing w:val="-12"/>
        </w:rPr>
        <w:t>개발</w:t>
      </w:r>
      <w:r w:rsidRPr="00673F02">
        <w:rPr>
          <w:rFonts w:ascii="Arial" w:eastAsia="맑은 고딕" w:hAnsi="Arial" w:cs="Arial"/>
          <w:spacing w:val="-12"/>
        </w:rPr>
        <w:t xml:space="preserve"> </w:t>
      </w:r>
      <w:r w:rsidRPr="00673F02">
        <w:rPr>
          <w:rFonts w:ascii="Arial" w:eastAsia="맑은 고딕" w:hAnsi="Arial" w:cs="Arial"/>
          <w:spacing w:val="-12"/>
        </w:rPr>
        <w:t>및</w:t>
      </w:r>
      <w:r w:rsidRPr="00673F02">
        <w:rPr>
          <w:rFonts w:ascii="Arial" w:eastAsia="맑은 고딕" w:hAnsi="Arial" w:cs="Arial"/>
          <w:spacing w:val="-12"/>
        </w:rPr>
        <w:t xml:space="preserve"> </w:t>
      </w:r>
      <w:r w:rsidRPr="00673F02">
        <w:rPr>
          <w:rFonts w:ascii="Arial" w:eastAsia="맑은 고딕" w:hAnsi="Arial" w:cs="Arial"/>
          <w:spacing w:val="-12"/>
        </w:rPr>
        <w:t>신뢰성</w:t>
      </w:r>
      <w:r w:rsidRPr="00673F02">
        <w:rPr>
          <w:rFonts w:ascii="Arial" w:eastAsia="맑은 고딕" w:hAnsi="Arial" w:cs="Arial"/>
          <w:spacing w:val="-12"/>
        </w:rPr>
        <w:t xml:space="preserve"> </w:t>
      </w:r>
      <w:r w:rsidRPr="00673F02">
        <w:rPr>
          <w:rFonts w:ascii="Arial" w:eastAsia="맑은 고딕" w:hAnsi="Arial" w:cs="Arial"/>
          <w:spacing w:val="-12"/>
        </w:rPr>
        <w:t>평가</w:t>
      </w:r>
      <w:r w:rsidR="00673F02" w:rsidRPr="00673F02">
        <w:rPr>
          <w:rFonts w:ascii="Arial" w:eastAsia="맑은 고딕" w:hAnsi="Arial" w:cs="Arial"/>
          <w:spacing w:val="-12"/>
        </w:rPr>
        <w:t>(</w:t>
      </w:r>
      <w:r w:rsidR="00673F02" w:rsidRPr="00673F02">
        <w:rPr>
          <w:rFonts w:ascii="Arial" w:hAnsi="Arial" w:cs="Arial"/>
        </w:rPr>
        <w:t>Flexible &amp; Large-Area Devices and Reliability Evaluation)</w:t>
      </w:r>
    </w:p>
    <w:p w14:paraId="45A81E81" w14:textId="77777777" w:rsidR="00124CBB" w:rsidRPr="00673F02" w:rsidRDefault="00EE694D" w:rsidP="00CC0DBB">
      <w:pPr>
        <w:pBdr>
          <w:bottom w:val="single" w:sz="12" w:space="4" w:color="1A73E8"/>
        </w:pBdr>
        <w:spacing w:before="280" w:after="120" w:line="240" w:lineRule="auto"/>
        <w:rPr>
          <w:rFonts w:ascii="Arial" w:eastAsia="맑은 고딕" w:hAnsi="Arial" w:cs="Arial"/>
          <w:lang w:eastAsia="ko-KR"/>
        </w:rPr>
      </w:pPr>
      <w:r w:rsidRPr="00673F02">
        <w:rPr>
          <w:rFonts w:ascii="Arial" w:eastAsia="맑은 고딕" w:hAnsi="Arial" w:cs="Arial"/>
          <w:b/>
          <w:sz w:val="26"/>
          <w:lang w:eastAsia="ko-KR"/>
        </w:rPr>
        <w:t>기본</w:t>
      </w:r>
      <w:r w:rsidRPr="00673F02">
        <w:rPr>
          <w:rFonts w:ascii="Arial" w:eastAsia="맑은 고딕" w:hAnsi="Arial" w:cs="Arial"/>
          <w:b/>
          <w:sz w:val="26"/>
          <w:lang w:eastAsia="ko-KR"/>
        </w:rPr>
        <w:t xml:space="preserve"> </w:t>
      </w:r>
      <w:proofErr w:type="gramStart"/>
      <w:r w:rsidRPr="00673F02">
        <w:rPr>
          <w:rFonts w:ascii="Arial" w:eastAsia="맑은 고딕" w:hAnsi="Arial" w:cs="Arial"/>
          <w:b/>
          <w:sz w:val="26"/>
          <w:lang w:eastAsia="ko-KR"/>
        </w:rPr>
        <w:t>정보</w:t>
      </w:r>
      <w:r w:rsidRPr="00673F02">
        <w:rPr>
          <w:rFonts w:ascii="Arial" w:eastAsia="맑은 고딕" w:hAnsi="Arial" w:cs="Arial"/>
          <w:b/>
          <w:sz w:val="26"/>
          <w:lang w:eastAsia="ko-KR"/>
        </w:rPr>
        <w:t xml:space="preserve"> /</w:t>
      </w:r>
      <w:proofErr w:type="gramEnd"/>
      <w:r w:rsidRPr="00673F02">
        <w:rPr>
          <w:rFonts w:ascii="Arial" w:eastAsia="맑은 고딕" w:hAnsi="Arial" w:cs="Arial"/>
          <w:b/>
          <w:sz w:val="26"/>
          <w:lang w:eastAsia="ko-KR"/>
        </w:rPr>
        <w:t xml:space="preserve"> Basic Information</w:t>
      </w:r>
    </w:p>
    <w:p w14:paraId="5DA70A83" w14:textId="77777777" w:rsidR="00124CBB" w:rsidRPr="00673F02" w:rsidRDefault="00EE694D">
      <w:pPr>
        <w:spacing w:before="200" w:after="40"/>
        <w:rPr>
          <w:rFonts w:ascii="Arial" w:eastAsia="맑은 고딕" w:hAnsi="Arial" w:cs="Arial"/>
        </w:rPr>
      </w:pPr>
      <w:proofErr w:type="spellStart"/>
      <w:proofErr w:type="gramStart"/>
      <w:r w:rsidRPr="00673F02">
        <w:rPr>
          <w:rFonts w:ascii="Arial" w:eastAsia="맑은 고딕" w:hAnsi="Arial" w:cs="Arial"/>
          <w:b/>
        </w:rPr>
        <w:t>이름</w:t>
      </w:r>
      <w:proofErr w:type="spellEnd"/>
      <w:r w:rsidRPr="00673F02">
        <w:rPr>
          <w:rFonts w:ascii="Arial" w:eastAsia="맑은 고딕" w:hAnsi="Arial" w:cs="Arial"/>
          <w:b/>
        </w:rPr>
        <w:t>(</w:t>
      </w:r>
      <w:proofErr w:type="gramEnd"/>
      <w:r w:rsidR="00CC0DBB" w:rsidRPr="00673F02">
        <w:rPr>
          <w:rFonts w:ascii="Arial" w:eastAsia="맑은 고딕" w:hAnsi="Arial" w:cs="Arial"/>
          <w:b/>
          <w:bCs/>
          <w:color w:val="1F1F1F"/>
          <w:shd w:val="clear" w:color="auto" w:fill="FFFFFF"/>
        </w:rPr>
        <w:t>Full Name (as in passport)</w:t>
      </w:r>
      <w:r w:rsidRPr="00673F02">
        <w:rPr>
          <w:rFonts w:ascii="Arial" w:eastAsia="맑은 고딕" w:hAnsi="Arial" w:cs="Arial"/>
          <w:b/>
        </w:rPr>
        <w:t>)</w:t>
      </w:r>
      <w:r w:rsidRPr="00673F02">
        <w:rPr>
          <w:rFonts w:ascii="Arial" w:eastAsia="맑은 고딕" w:hAnsi="Arial" w:cs="Arial"/>
          <w:b/>
          <w:color w:val="D93025"/>
        </w:rPr>
        <w:t xml:space="preserve"> *</w:t>
      </w:r>
    </w:p>
    <w:p w14:paraId="6C4B20A6" w14:textId="77777777" w:rsidR="00124CBB" w:rsidRPr="00673F02" w:rsidRDefault="00EE694D">
      <w:pPr>
        <w:pBdr>
          <w:bottom w:val="single" w:sz="6" w:space="1" w:color="808080"/>
        </w:pBdr>
        <w:spacing w:before="80" w:after="80"/>
        <w:rPr>
          <w:rFonts w:ascii="Arial" w:eastAsia="맑은 고딕" w:hAnsi="Arial" w:cs="Arial"/>
        </w:rPr>
      </w:pPr>
      <w:r w:rsidRPr="00673F02">
        <w:rPr>
          <w:rFonts w:ascii="Arial" w:eastAsia="맑은 고딕" w:hAnsi="Arial" w:cs="Arial"/>
        </w:rPr>
        <w:t xml:space="preserve"> </w:t>
      </w:r>
    </w:p>
    <w:p w14:paraId="19307113" w14:textId="77777777" w:rsidR="00124CBB" w:rsidRPr="00673F02" w:rsidRDefault="00EE694D">
      <w:pPr>
        <w:spacing w:before="200" w:after="40"/>
        <w:rPr>
          <w:rFonts w:ascii="Arial" w:eastAsia="맑은 고딕" w:hAnsi="Arial" w:cs="Arial"/>
        </w:rPr>
      </w:pPr>
      <w:proofErr w:type="spellStart"/>
      <w:proofErr w:type="gramStart"/>
      <w:r w:rsidRPr="00673F02">
        <w:rPr>
          <w:rFonts w:ascii="Arial" w:eastAsia="맑은 고딕" w:hAnsi="Arial" w:cs="Arial"/>
          <w:b/>
        </w:rPr>
        <w:t>이메일</w:t>
      </w:r>
      <w:proofErr w:type="spellEnd"/>
      <w:r w:rsidRPr="00673F02">
        <w:rPr>
          <w:rFonts w:ascii="Arial" w:eastAsia="맑은 고딕" w:hAnsi="Arial" w:cs="Arial"/>
          <w:b/>
        </w:rPr>
        <w:t>(</w:t>
      </w:r>
      <w:proofErr w:type="gramEnd"/>
      <w:r w:rsidRPr="00673F02">
        <w:rPr>
          <w:rFonts w:ascii="Arial" w:eastAsia="맑은 고딕" w:hAnsi="Arial" w:cs="Arial"/>
          <w:b/>
        </w:rPr>
        <w:t>E-Mail Address)</w:t>
      </w:r>
      <w:r w:rsidRPr="00673F02">
        <w:rPr>
          <w:rFonts w:ascii="Arial" w:eastAsia="맑은 고딕" w:hAnsi="Arial" w:cs="Arial"/>
          <w:b/>
          <w:color w:val="D93025"/>
        </w:rPr>
        <w:t xml:space="preserve"> *</w:t>
      </w:r>
    </w:p>
    <w:p w14:paraId="726EA79D" w14:textId="77777777" w:rsidR="00124CBB" w:rsidRPr="00673F02" w:rsidRDefault="00EE694D">
      <w:pPr>
        <w:pBdr>
          <w:bottom w:val="single" w:sz="6" w:space="1" w:color="808080"/>
        </w:pBdr>
        <w:spacing w:before="80" w:after="80"/>
        <w:rPr>
          <w:rFonts w:ascii="Arial" w:eastAsia="맑은 고딕" w:hAnsi="Arial" w:cs="Arial"/>
        </w:rPr>
      </w:pPr>
      <w:r w:rsidRPr="00673F02">
        <w:rPr>
          <w:rFonts w:ascii="Arial" w:eastAsia="맑은 고딕" w:hAnsi="Arial" w:cs="Arial"/>
        </w:rPr>
        <w:t xml:space="preserve"> </w:t>
      </w:r>
    </w:p>
    <w:p w14:paraId="1A211757" w14:textId="77777777" w:rsidR="00124CBB" w:rsidRPr="00673F02" w:rsidRDefault="00EE694D">
      <w:pPr>
        <w:spacing w:before="200" w:after="40"/>
        <w:rPr>
          <w:rFonts w:ascii="Arial" w:eastAsia="맑은 고딕" w:hAnsi="Arial" w:cs="Arial"/>
        </w:rPr>
      </w:pPr>
      <w:proofErr w:type="spellStart"/>
      <w:r w:rsidRPr="00673F02">
        <w:rPr>
          <w:rFonts w:ascii="Arial" w:eastAsia="맑은 고딕" w:hAnsi="Arial" w:cs="Arial"/>
          <w:b/>
        </w:rPr>
        <w:t>현재</w:t>
      </w:r>
      <w:proofErr w:type="spellEnd"/>
      <w:r w:rsidRPr="00673F02">
        <w:rPr>
          <w:rFonts w:ascii="Arial" w:eastAsia="맑은 고딕" w:hAnsi="Arial" w:cs="Arial"/>
          <w:b/>
        </w:rPr>
        <w:t xml:space="preserve"> </w:t>
      </w:r>
      <w:proofErr w:type="spellStart"/>
      <w:proofErr w:type="gramStart"/>
      <w:r w:rsidRPr="00673F02">
        <w:rPr>
          <w:rFonts w:ascii="Arial" w:eastAsia="맑은 고딕" w:hAnsi="Arial" w:cs="Arial"/>
          <w:b/>
        </w:rPr>
        <w:t>소속</w:t>
      </w:r>
      <w:proofErr w:type="spellEnd"/>
      <w:r w:rsidRPr="00673F02">
        <w:rPr>
          <w:rFonts w:ascii="Arial" w:eastAsia="맑은 고딕" w:hAnsi="Arial" w:cs="Arial"/>
          <w:b/>
        </w:rPr>
        <w:t>(</w:t>
      </w:r>
      <w:proofErr w:type="gramEnd"/>
      <w:r w:rsidRPr="00673F02">
        <w:rPr>
          <w:rFonts w:ascii="Arial" w:eastAsia="맑은 고딕" w:hAnsi="Arial" w:cs="Arial"/>
          <w:b/>
        </w:rPr>
        <w:t xml:space="preserve">Current </w:t>
      </w:r>
      <w:proofErr w:type="spellStart"/>
      <w:r w:rsidRPr="00673F02">
        <w:rPr>
          <w:rFonts w:ascii="Arial" w:eastAsia="맑은 고딕" w:hAnsi="Arial" w:cs="Arial"/>
          <w:b/>
        </w:rPr>
        <w:t>Affilation</w:t>
      </w:r>
      <w:proofErr w:type="spellEnd"/>
      <w:r w:rsidRPr="00673F02">
        <w:rPr>
          <w:rFonts w:ascii="Arial" w:eastAsia="맑은 고딕" w:hAnsi="Arial" w:cs="Arial"/>
          <w:b/>
        </w:rPr>
        <w:t>)</w:t>
      </w:r>
      <w:r w:rsidRPr="00673F02">
        <w:rPr>
          <w:rFonts w:ascii="Arial" w:eastAsia="맑은 고딕" w:hAnsi="Arial" w:cs="Arial"/>
          <w:b/>
          <w:color w:val="D93025"/>
        </w:rPr>
        <w:t xml:space="preserve"> *</w:t>
      </w:r>
    </w:p>
    <w:p w14:paraId="02892E44" w14:textId="77777777" w:rsidR="00124CBB" w:rsidRPr="00673F02" w:rsidRDefault="007649A8">
      <w:pPr>
        <w:spacing w:after="0"/>
        <w:rPr>
          <w:rFonts w:ascii="Arial" w:eastAsia="맑은 고딕" w:hAnsi="Arial" w:cs="Arial"/>
          <w:lang w:eastAsia="ko-KR"/>
        </w:rPr>
      </w:pPr>
      <w:proofErr w:type="gramStart"/>
      <w:r w:rsidRPr="00673F02">
        <w:rPr>
          <w:rFonts w:ascii="맑은 고딕" w:eastAsia="맑은 고딕" w:hAnsi="맑은 고딕" w:cs="맑은 고딕" w:hint="eastAsia"/>
          <w:color w:val="808080" w:themeColor="background1" w:themeShade="80"/>
          <w:sz w:val="18"/>
          <w:lang w:eastAsia="ko-KR"/>
        </w:rPr>
        <w:t>※</w:t>
      </w:r>
      <w:r w:rsidRPr="00673F02">
        <w:rPr>
          <w:rFonts w:ascii="Arial" w:eastAsia="맑은 고딕" w:hAnsi="Arial" w:cs="Arial"/>
          <w:color w:val="808080" w:themeColor="background1" w:themeShade="80"/>
          <w:sz w:val="18"/>
          <w:lang w:eastAsia="ko-KR"/>
        </w:rPr>
        <w:t> </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근로계약을</w:t>
      </w:r>
      <w:proofErr w:type="gramEnd"/>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맺고</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소속된</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기관이</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있는</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경우</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작성</w:t>
      </w:r>
      <w:r w:rsidR="00DC7E75"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w:t>
      </w:r>
      <w:r w:rsidR="00EE694D" w:rsidRPr="00673F02">
        <w:rPr>
          <w:rFonts w:ascii="Arial" w:eastAsia="맑은 고딕" w:hAnsi="Arial" w:cs="Arial"/>
          <w:color w:val="5F6368"/>
          <w:sz w:val="18"/>
          <w:lang w:eastAsia="ko-KR"/>
        </w:rPr>
        <w:t>소속된</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기관이</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없는</w:t>
      </w:r>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경우</w:t>
      </w:r>
      <w:r w:rsidR="00EE694D" w:rsidRPr="00673F02">
        <w:rPr>
          <w:rFonts w:ascii="Arial" w:eastAsia="맑은 고딕" w:hAnsi="Arial" w:cs="Arial"/>
          <w:color w:val="5F6368"/>
          <w:sz w:val="18"/>
          <w:lang w:eastAsia="ko-KR"/>
        </w:rPr>
        <w:t xml:space="preserve"> "</w:t>
      </w:r>
      <w:proofErr w:type="spellStart"/>
      <w:r w:rsidR="00EE694D" w:rsidRPr="00673F02">
        <w:rPr>
          <w:rFonts w:ascii="Arial" w:eastAsia="맑은 고딕" w:hAnsi="Arial" w:cs="Arial"/>
          <w:color w:val="5F6368"/>
          <w:sz w:val="18"/>
          <w:lang w:eastAsia="ko-KR"/>
        </w:rPr>
        <w:t>해당없음</w:t>
      </w:r>
      <w:proofErr w:type="spellEnd"/>
      <w:r w:rsidR="00EE694D" w:rsidRPr="00673F02">
        <w:rPr>
          <w:rFonts w:ascii="Arial" w:eastAsia="맑은 고딕" w:hAnsi="Arial" w:cs="Arial"/>
          <w:color w:val="5F6368"/>
          <w:sz w:val="18"/>
          <w:lang w:eastAsia="ko-KR"/>
        </w:rPr>
        <w:t>"</w:t>
      </w:r>
      <w:proofErr w:type="spellStart"/>
      <w:r w:rsidR="00EE694D" w:rsidRPr="00673F02">
        <w:rPr>
          <w:rFonts w:ascii="Arial" w:eastAsia="맑은 고딕" w:hAnsi="Arial" w:cs="Arial"/>
          <w:color w:val="5F6368"/>
          <w:sz w:val="18"/>
          <w:lang w:eastAsia="ko-KR"/>
        </w:rPr>
        <w:t>으로</w:t>
      </w:r>
      <w:proofErr w:type="spellEnd"/>
      <w:r w:rsidR="00EE694D" w:rsidRPr="00673F02">
        <w:rPr>
          <w:rFonts w:ascii="Arial" w:eastAsia="맑은 고딕" w:hAnsi="Arial" w:cs="Arial"/>
          <w:color w:val="5F6368"/>
          <w:sz w:val="18"/>
          <w:lang w:eastAsia="ko-KR"/>
        </w:rPr>
        <w:t xml:space="preserve"> </w:t>
      </w:r>
      <w:r w:rsidR="00EE694D" w:rsidRPr="00673F02">
        <w:rPr>
          <w:rFonts w:ascii="Arial" w:eastAsia="맑은 고딕" w:hAnsi="Arial" w:cs="Arial"/>
          <w:color w:val="5F6368"/>
          <w:sz w:val="18"/>
          <w:lang w:eastAsia="ko-KR"/>
        </w:rPr>
        <w:t>작성</w:t>
      </w:r>
      <w:r w:rsidR="00EE694D" w:rsidRPr="00673F02">
        <w:rPr>
          <w:rFonts w:ascii="Arial" w:eastAsia="맑은 고딕" w:hAnsi="Arial" w:cs="Arial"/>
          <w:color w:val="5F6368"/>
          <w:sz w:val="18"/>
          <w:lang w:eastAsia="ko-KR"/>
        </w:rPr>
        <w:t>)</w:t>
      </w:r>
    </w:p>
    <w:p w14:paraId="63C08905" w14:textId="77777777" w:rsidR="00124CBB" w:rsidRPr="00673F02" w:rsidRDefault="007649A8" w:rsidP="00935451">
      <w:pPr>
        <w:spacing w:after="0"/>
        <w:ind w:left="180" w:hangingChars="100" w:hanging="180"/>
        <w:rPr>
          <w:rFonts w:ascii="Arial" w:eastAsia="맑은 고딕" w:hAnsi="Arial" w:cs="Arial"/>
        </w:rPr>
      </w:pPr>
      <w:r w:rsidRPr="00673F02">
        <w:rPr>
          <w:rFonts w:ascii="맑은 고딕" w:eastAsia="맑은 고딕" w:hAnsi="맑은 고딕" w:cs="맑은 고딕" w:hint="eastAsia"/>
          <w:color w:val="808080" w:themeColor="background1" w:themeShade="80"/>
          <w:sz w:val="18"/>
          <w:lang w:eastAsia="ko-KR"/>
        </w:rPr>
        <w:t>※</w:t>
      </w:r>
      <w:r w:rsidRPr="00673F02">
        <w:rPr>
          <w:rFonts w:ascii="Arial" w:eastAsia="맑은 고딕" w:hAnsi="Arial" w:cs="Arial"/>
          <w:color w:val="808080" w:themeColor="background1" w:themeShade="80"/>
          <w:sz w:val="18"/>
          <w:lang w:eastAsia="ko-KR"/>
        </w:rPr>
        <w:t> </w:t>
      </w:r>
      <w:r w:rsidR="00EE694D" w:rsidRPr="00673F02">
        <w:rPr>
          <w:rFonts w:ascii="Arial" w:eastAsia="맑은 고딕" w:hAnsi="Arial" w:cs="Arial"/>
          <w:color w:val="5F6368"/>
          <w:sz w:val="18"/>
        </w:rPr>
        <w:t>Please complete this section, if you are employed by an organization (If you are not affiliated with any organization, write "Not applicable")</w:t>
      </w:r>
    </w:p>
    <w:p w14:paraId="6C556600" w14:textId="77777777" w:rsidR="00124CBB" w:rsidRPr="00673F02" w:rsidRDefault="00EE694D">
      <w:pPr>
        <w:pBdr>
          <w:bottom w:val="single" w:sz="6" w:space="1" w:color="808080"/>
        </w:pBdr>
        <w:spacing w:before="80" w:after="80"/>
        <w:rPr>
          <w:rFonts w:ascii="Arial" w:eastAsia="맑은 고딕" w:hAnsi="Arial" w:cs="Arial"/>
        </w:rPr>
      </w:pPr>
      <w:r w:rsidRPr="00673F02">
        <w:rPr>
          <w:rFonts w:ascii="Arial" w:eastAsia="맑은 고딕" w:hAnsi="Arial" w:cs="Arial"/>
        </w:rPr>
        <w:t xml:space="preserve"> </w:t>
      </w:r>
    </w:p>
    <w:p w14:paraId="2336EF09" w14:textId="77777777" w:rsidR="00124CBB" w:rsidRPr="00673F02" w:rsidRDefault="00EE694D">
      <w:pPr>
        <w:spacing w:before="200" w:after="40"/>
        <w:rPr>
          <w:rFonts w:ascii="Arial" w:eastAsia="맑은 고딕" w:hAnsi="Arial" w:cs="Arial"/>
          <w:b/>
          <w:color w:val="D93025"/>
          <w:lang w:eastAsia="ko-KR"/>
        </w:rPr>
      </w:pPr>
      <w:r w:rsidRPr="00673F02">
        <w:rPr>
          <w:rFonts w:ascii="Arial" w:eastAsia="맑은 고딕" w:hAnsi="Arial" w:cs="Arial"/>
          <w:b/>
          <w:lang w:eastAsia="ko-KR"/>
        </w:rPr>
        <w:t>교육</w:t>
      </w:r>
      <w:r w:rsidRPr="00673F02">
        <w:rPr>
          <w:rFonts w:ascii="Arial" w:eastAsia="맑은 고딕" w:hAnsi="Arial" w:cs="Arial"/>
          <w:b/>
          <w:lang w:eastAsia="ko-KR"/>
        </w:rPr>
        <w:t>(Academic Background)</w:t>
      </w:r>
      <w:r w:rsidRPr="00673F02">
        <w:rPr>
          <w:rFonts w:ascii="Arial" w:eastAsia="맑은 고딕" w:hAnsi="Arial" w:cs="Arial"/>
          <w:b/>
          <w:color w:val="D93025"/>
          <w:lang w:eastAsia="ko-KR"/>
        </w:rPr>
        <w:t xml:space="preserve"> *</w:t>
      </w:r>
    </w:p>
    <w:p w14:paraId="0D7CE871" w14:textId="77777777" w:rsidR="00356C6E" w:rsidRPr="00673F02" w:rsidRDefault="00CC0DBB" w:rsidP="00356C6E">
      <w:pPr>
        <w:spacing w:after="0"/>
        <w:rPr>
          <w:rFonts w:ascii="Arial" w:eastAsia="맑은 고딕" w:hAnsi="Arial" w:cs="Arial"/>
          <w:color w:val="808080" w:themeColor="background1" w:themeShade="80"/>
          <w:sz w:val="18"/>
          <w:lang w:eastAsia="ko-KR"/>
        </w:rPr>
      </w:pPr>
      <w:proofErr w:type="gramStart"/>
      <w:r w:rsidRPr="00673F02">
        <w:rPr>
          <w:rFonts w:ascii="Arial" w:eastAsia="맑은 고딕" w:hAnsi="Arial" w:cs="Arial"/>
          <w:b/>
          <w:bCs/>
          <w:color w:val="808080" w:themeColor="background1" w:themeShade="80"/>
          <w:sz w:val="18"/>
          <w:lang w:eastAsia="ko-KR"/>
        </w:rPr>
        <w:t>학사취득대학</w:t>
      </w:r>
      <w:r w:rsidRPr="00673F02">
        <w:rPr>
          <w:rFonts w:ascii="Arial" w:eastAsia="맑은 고딕" w:hAnsi="Arial" w:cs="Arial"/>
          <w:b/>
          <w:bCs/>
          <w:color w:val="808080" w:themeColor="background1" w:themeShade="80"/>
          <w:sz w:val="18"/>
          <w:lang w:eastAsia="ko-KR"/>
        </w:rPr>
        <w:t xml:space="preserve"> /</w:t>
      </w:r>
      <w:proofErr w:type="gramEnd"/>
      <w:r w:rsidRPr="00673F02">
        <w:rPr>
          <w:rFonts w:ascii="Arial" w:eastAsia="맑은 고딕" w:hAnsi="Arial" w:cs="Arial"/>
          <w:b/>
          <w:bCs/>
          <w:color w:val="808080" w:themeColor="background1" w:themeShade="80"/>
          <w:sz w:val="18"/>
          <w:lang w:eastAsia="ko-KR"/>
        </w:rPr>
        <w:t xml:space="preserve"> </w:t>
      </w:r>
      <w:r w:rsidRPr="00673F02">
        <w:rPr>
          <w:rFonts w:ascii="Arial" w:eastAsia="맑은 고딕" w:hAnsi="Arial" w:cs="Arial"/>
          <w:b/>
          <w:bCs/>
          <w:color w:val="808080" w:themeColor="background1" w:themeShade="80"/>
          <w:sz w:val="18"/>
          <w:lang w:eastAsia="ko-KR"/>
        </w:rPr>
        <w:t>석사취득대학</w:t>
      </w:r>
      <w:r w:rsidRPr="00673F02">
        <w:rPr>
          <w:rFonts w:ascii="Arial" w:eastAsia="맑은 고딕" w:hAnsi="Arial" w:cs="Arial"/>
          <w:b/>
          <w:bCs/>
          <w:color w:val="808080" w:themeColor="background1" w:themeShade="80"/>
          <w:sz w:val="18"/>
          <w:lang w:eastAsia="ko-KR"/>
        </w:rPr>
        <w:t xml:space="preserve"> / </w:t>
      </w:r>
      <w:r w:rsidRPr="00673F02">
        <w:rPr>
          <w:rFonts w:ascii="Arial" w:eastAsia="맑은 고딕" w:hAnsi="Arial" w:cs="Arial"/>
          <w:b/>
          <w:bCs/>
          <w:color w:val="808080" w:themeColor="background1" w:themeShade="80"/>
          <w:sz w:val="18"/>
          <w:lang w:eastAsia="ko-KR"/>
        </w:rPr>
        <w:t>박사취득대학</w:t>
      </w:r>
      <w:r w:rsidRPr="00673F02">
        <w:rPr>
          <w:rFonts w:ascii="Arial" w:eastAsia="맑은 고딕" w:hAnsi="Arial" w:cs="Arial"/>
          <w:b/>
          <w:bCs/>
          <w:color w:val="808080" w:themeColor="background1" w:themeShade="80"/>
          <w:sz w:val="18"/>
          <w:lang w:eastAsia="ko-KR"/>
        </w:rPr>
        <w:t xml:space="preserve"> </w:t>
      </w:r>
      <w:r w:rsidRPr="00673F02">
        <w:rPr>
          <w:rFonts w:ascii="Arial" w:eastAsia="맑은 고딕" w:hAnsi="Arial" w:cs="Arial"/>
          <w:b/>
          <w:bCs/>
          <w:color w:val="808080" w:themeColor="background1" w:themeShade="80"/>
          <w:sz w:val="18"/>
          <w:lang w:eastAsia="ko-KR"/>
        </w:rPr>
        <w:t>순으로</w:t>
      </w:r>
      <w:r w:rsidRPr="00673F02">
        <w:rPr>
          <w:rFonts w:ascii="Arial" w:eastAsia="맑은 고딕" w:hAnsi="Arial" w:cs="Arial"/>
          <w:b/>
          <w:bCs/>
          <w:color w:val="808080" w:themeColor="background1" w:themeShade="80"/>
          <w:sz w:val="18"/>
          <w:lang w:eastAsia="ko-KR"/>
        </w:rPr>
        <w:t xml:space="preserve"> </w:t>
      </w:r>
      <w:r w:rsidRPr="00673F02">
        <w:rPr>
          <w:rFonts w:ascii="Arial" w:eastAsia="맑은 고딕" w:hAnsi="Arial" w:cs="Arial"/>
          <w:b/>
          <w:bCs/>
          <w:color w:val="808080" w:themeColor="background1" w:themeShade="80"/>
          <w:sz w:val="18"/>
          <w:lang w:eastAsia="ko-KR"/>
        </w:rPr>
        <w:t>기재</w:t>
      </w:r>
      <w:r w:rsidRPr="00673F02">
        <w:rPr>
          <w:rFonts w:ascii="Arial" w:eastAsia="맑은 고딕" w:hAnsi="Arial" w:cs="Arial"/>
          <w:color w:val="808080" w:themeColor="background1" w:themeShade="80"/>
          <w:sz w:val="18"/>
          <w:lang w:eastAsia="ko-KR"/>
        </w:rPr>
        <w:br/>
      </w:r>
      <w:r w:rsidRPr="00673F02">
        <w:rPr>
          <w:rFonts w:ascii="맑은 고딕" w:eastAsia="맑은 고딕" w:hAnsi="맑은 고딕" w:cs="맑은 고딕" w:hint="eastAsia"/>
          <w:color w:val="808080" w:themeColor="background1" w:themeShade="80"/>
          <w:sz w:val="18"/>
          <w:lang w:eastAsia="ko-KR"/>
        </w:rPr>
        <w:t>※</w:t>
      </w:r>
      <w:r w:rsidRPr="00673F02">
        <w:rPr>
          <w:rFonts w:ascii="Arial" w:eastAsia="맑은 고딕" w:hAnsi="Arial" w:cs="Arial"/>
          <w:color w:val="808080" w:themeColor="background1" w:themeShade="80"/>
          <w:sz w:val="18"/>
          <w:lang w:eastAsia="ko-KR"/>
        </w:rPr>
        <w:t xml:space="preserve">  </w:t>
      </w:r>
      <w:r w:rsidRPr="00673F02">
        <w:rPr>
          <w:rFonts w:ascii="Arial" w:eastAsia="맑은 고딕" w:hAnsi="Arial" w:cs="Arial"/>
          <w:color w:val="808080" w:themeColor="background1" w:themeShade="80"/>
          <w:sz w:val="18"/>
          <w:lang w:eastAsia="ko-KR"/>
        </w:rPr>
        <w:t>석박사통합과정의</w:t>
      </w:r>
      <w:r w:rsidRPr="00673F02">
        <w:rPr>
          <w:rFonts w:ascii="Arial" w:eastAsia="맑은 고딕" w:hAnsi="Arial" w:cs="Arial"/>
          <w:color w:val="808080" w:themeColor="background1" w:themeShade="80"/>
          <w:sz w:val="18"/>
          <w:lang w:eastAsia="ko-KR"/>
        </w:rPr>
        <w:t xml:space="preserve"> </w:t>
      </w:r>
      <w:r w:rsidRPr="00673F02">
        <w:rPr>
          <w:rFonts w:ascii="Arial" w:eastAsia="맑은 고딕" w:hAnsi="Arial" w:cs="Arial"/>
          <w:color w:val="808080" w:themeColor="background1" w:themeShade="80"/>
          <w:sz w:val="18"/>
          <w:lang w:eastAsia="ko-KR"/>
        </w:rPr>
        <w:t>경우</w:t>
      </w:r>
      <w:r w:rsidRPr="00673F02">
        <w:rPr>
          <w:rFonts w:ascii="Arial" w:eastAsia="맑은 고딕" w:hAnsi="Arial" w:cs="Arial"/>
          <w:color w:val="808080" w:themeColor="background1" w:themeShade="80"/>
          <w:sz w:val="18"/>
          <w:lang w:eastAsia="ko-KR"/>
        </w:rPr>
        <w:t xml:space="preserve"> </w:t>
      </w:r>
      <w:r w:rsidRPr="00673F02">
        <w:rPr>
          <w:rFonts w:ascii="Arial" w:eastAsia="맑은 고딕" w:hAnsi="Arial" w:cs="Arial"/>
          <w:color w:val="808080" w:themeColor="background1" w:themeShade="80"/>
          <w:sz w:val="18"/>
          <w:lang w:eastAsia="ko-KR"/>
        </w:rPr>
        <w:t>학사취득학교</w:t>
      </w:r>
      <w:r w:rsidRPr="00673F02">
        <w:rPr>
          <w:rFonts w:ascii="Arial" w:eastAsia="맑은 고딕" w:hAnsi="Arial" w:cs="Arial"/>
          <w:color w:val="808080" w:themeColor="background1" w:themeShade="80"/>
          <w:sz w:val="18"/>
          <w:lang w:eastAsia="ko-KR"/>
        </w:rPr>
        <w:t>/</w:t>
      </w:r>
      <w:r w:rsidRPr="00673F02">
        <w:rPr>
          <w:rFonts w:ascii="Arial" w:eastAsia="맑은 고딕" w:hAnsi="Arial" w:cs="Arial"/>
          <w:color w:val="808080" w:themeColor="background1" w:themeShade="80"/>
          <w:sz w:val="18"/>
          <w:lang w:eastAsia="ko-KR"/>
        </w:rPr>
        <w:t>박사취득학교만</w:t>
      </w:r>
      <w:r w:rsidRPr="00673F02">
        <w:rPr>
          <w:rFonts w:ascii="Arial" w:eastAsia="맑은 고딕" w:hAnsi="Arial" w:cs="Arial"/>
          <w:color w:val="808080" w:themeColor="background1" w:themeShade="80"/>
          <w:sz w:val="18"/>
          <w:lang w:eastAsia="ko-KR"/>
        </w:rPr>
        <w:t xml:space="preserve"> </w:t>
      </w:r>
      <w:r w:rsidRPr="00673F02">
        <w:rPr>
          <w:rFonts w:ascii="Arial" w:eastAsia="맑은 고딕" w:hAnsi="Arial" w:cs="Arial"/>
          <w:color w:val="808080" w:themeColor="background1" w:themeShade="80"/>
          <w:sz w:val="18"/>
          <w:lang w:eastAsia="ko-KR"/>
        </w:rPr>
        <w:t>기재</w:t>
      </w:r>
    </w:p>
    <w:p w14:paraId="0BEDE50F" w14:textId="77777777" w:rsidR="00935451" w:rsidRPr="00673F02" w:rsidRDefault="00CC0DBB" w:rsidP="00356C6E">
      <w:pPr>
        <w:spacing w:after="0"/>
        <w:rPr>
          <w:rFonts w:ascii="Arial" w:eastAsia="맑은 고딕" w:hAnsi="Arial" w:cs="Arial"/>
          <w:color w:val="808080" w:themeColor="background1" w:themeShade="80"/>
          <w:sz w:val="18"/>
          <w:lang w:eastAsia="ko-KR"/>
        </w:rPr>
      </w:pPr>
      <w:r w:rsidRPr="00673F02">
        <w:rPr>
          <w:rFonts w:ascii="Arial" w:eastAsia="맑은 고딕" w:hAnsi="Arial" w:cs="Arial"/>
          <w:b/>
          <w:bCs/>
          <w:color w:val="808080" w:themeColor="background1" w:themeShade="80"/>
          <w:sz w:val="18"/>
          <w:lang w:eastAsia="ko-KR"/>
        </w:rPr>
        <w:lastRenderedPageBreak/>
        <w:t xml:space="preserve">Please list the schools in the order of Bachelor’s </w:t>
      </w:r>
      <w:proofErr w:type="gramStart"/>
      <w:r w:rsidRPr="00673F02">
        <w:rPr>
          <w:rFonts w:ascii="Arial" w:eastAsia="맑은 고딕" w:hAnsi="Arial" w:cs="Arial"/>
          <w:b/>
          <w:bCs/>
          <w:color w:val="808080" w:themeColor="background1" w:themeShade="80"/>
          <w:sz w:val="18"/>
          <w:lang w:eastAsia="ko-KR"/>
        </w:rPr>
        <w:t>degree /</w:t>
      </w:r>
      <w:proofErr w:type="gramEnd"/>
      <w:r w:rsidRPr="00673F02">
        <w:rPr>
          <w:rFonts w:ascii="Arial" w:eastAsia="맑은 고딕" w:hAnsi="Arial" w:cs="Arial"/>
          <w:b/>
          <w:bCs/>
          <w:color w:val="808080" w:themeColor="background1" w:themeShade="80"/>
          <w:sz w:val="18"/>
          <w:lang w:eastAsia="ko-KR"/>
        </w:rPr>
        <w:t xml:space="preserve"> Ma</w:t>
      </w:r>
      <w:r w:rsidR="00935451" w:rsidRPr="00673F02">
        <w:rPr>
          <w:rFonts w:ascii="Arial" w:eastAsia="맑은 고딕" w:hAnsi="Arial" w:cs="Arial"/>
          <w:b/>
          <w:bCs/>
          <w:color w:val="808080" w:themeColor="background1" w:themeShade="80"/>
          <w:sz w:val="18"/>
          <w:lang w:eastAsia="ko-KR"/>
        </w:rPr>
        <w:t>ster’s degree / Doctoral degree</w:t>
      </w:r>
      <w:r w:rsidRPr="00673F02">
        <w:rPr>
          <w:rFonts w:ascii="Arial" w:eastAsia="맑은 고딕" w:hAnsi="Arial" w:cs="Arial"/>
          <w:color w:val="808080" w:themeColor="background1" w:themeShade="80"/>
          <w:sz w:val="18"/>
          <w:lang w:eastAsia="ko-KR"/>
        </w:rPr>
        <w:br/>
      </w:r>
      <w:r w:rsidRPr="00673F02">
        <w:rPr>
          <w:rFonts w:ascii="맑은 고딕" w:eastAsia="맑은 고딕" w:hAnsi="맑은 고딕" w:cs="맑은 고딕" w:hint="eastAsia"/>
          <w:color w:val="808080" w:themeColor="background1" w:themeShade="80"/>
          <w:sz w:val="18"/>
          <w:lang w:eastAsia="ko-KR"/>
        </w:rPr>
        <w:t>※</w:t>
      </w:r>
      <w:r w:rsidRPr="00673F02">
        <w:rPr>
          <w:rFonts w:ascii="Arial" w:eastAsia="맑은 고딕" w:hAnsi="Arial" w:cs="Arial"/>
          <w:color w:val="808080" w:themeColor="background1" w:themeShade="80"/>
          <w:sz w:val="18"/>
          <w:lang w:eastAsia="ko-KR"/>
        </w:rPr>
        <w:t xml:space="preserve">   For those who have completed an integrated Master’s and Doctoral program, only list the schools where you received </w:t>
      </w:r>
      <w:r w:rsidR="00935451" w:rsidRPr="00673F02">
        <w:rPr>
          <w:rFonts w:ascii="Arial" w:eastAsia="맑은 고딕" w:hAnsi="Arial" w:cs="Arial"/>
          <w:color w:val="808080" w:themeColor="background1" w:themeShade="80"/>
          <w:sz w:val="18"/>
          <w:lang w:eastAsia="ko-KR"/>
        </w:rPr>
        <w:t xml:space="preserve">    </w:t>
      </w:r>
    </w:p>
    <w:p w14:paraId="40793828" w14:textId="77777777" w:rsidR="00356C6E" w:rsidRPr="00673F02" w:rsidRDefault="00CC0DBB" w:rsidP="00935451">
      <w:pPr>
        <w:spacing w:after="0"/>
        <w:ind w:firstLineChars="157" w:firstLine="283"/>
        <w:rPr>
          <w:rFonts w:ascii="Arial" w:eastAsia="맑은 고딕" w:hAnsi="Arial" w:cs="Arial"/>
          <w:color w:val="808080" w:themeColor="background1" w:themeShade="80"/>
          <w:sz w:val="18"/>
          <w:lang w:eastAsia="ko-KR"/>
        </w:rPr>
      </w:pPr>
      <w:r w:rsidRPr="00673F02">
        <w:rPr>
          <w:rFonts w:ascii="Arial" w:eastAsia="맑은 고딕" w:hAnsi="Arial" w:cs="Arial"/>
          <w:color w:val="808080" w:themeColor="background1" w:themeShade="80"/>
          <w:sz w:val="18"/>
          <w:lang w:eastAsia="ko-KR"/>
        </w:rPr>
        <w:t>your Bachelor’s and Doctoral degrees.</w:t>
      </w:r>
    </w:p>
    <w:p w14:paraId="056C29DB" w14:textId="77777777" w:rsidR="00CC0DBB" w:rsidRPr="00673F02" w:rsidRDefault="00CC0DBB" w:rsidP="00356C6E">
      <w:pPr>
        <w:spacing w:after="0"/>
        <w:rPr>
          <w:rFonts w:ascii="Arial" w:eastAsia="맑은 고딕" w:hAnsi="Arial" w:cs="Arial"/>
          <w:color w:val="808080" w:themeColor="background1" w:themeShade="80"/>
          <w:sz w:val="18"/>
          <w:lang w:eastAsia="ko-KR"/>
        </w:rPr>
      </w:pPr>
      <w:r w:rsidRPr="00673F02">
        <w:rPr>
          <w:rFonts w:ascii="Arial" w:eastAsia="맑은 고딕" w:hAnsi="Arial" w:cs="Arial"/>
          <w:b/>
          <w:bCs/>
          <w:color w:val="808080" w:themeColor="background1" w:themeShade="80"/>
          <w:sz w:val="18"/>
          <w:lang w:eastAsia="ko-KR"/>
        </w:rPr>
        <w:t>Example: University of 000 / University of 000 / University of 000</w:t>
      </w:r>
    </w:p>
    <w:p w14:paraId="218E6970" w14:textId="77777777" w:rsidR="00124CBB" w:rsidRPr="00673F02" w:rsidRDefault="00124CBB">
      <w:pPr>
        <w:pBdr>
          <w:bottom w:val="single" w:sz="6" w:space="1" w:color="808080"/>
        </w:pBdr>
        <w:spacing w:before="40" w:after="40"/>
        <w:rPr>
          <w:rFonts w:ascii="Arial" w:eastAsia="맑은 고딕" w:hAnsi="Arial" w:cs="Arial"/>
        </w:rPr>
      </w:pPr>
    </w:p>
    <w:p w14:paraId="6F6FADF9" w14:textId="77777777" w:rsidR="00124CBB" w:rsidRPr="00673F02" w:rsidRDefault="00EE694D">
      <w:pPr>
        <w:spacing w:before="200" w:after="40"/>
        <w:rPr>
          <w:rFonts w:ascii="Arial" w:eastAsia="맑은 고딕" w:hAnsi="Arial" w:cs="Arial"/>
          <w:lang w:eastAsia="ko-KR"/>
        </w:rPr>
      </w:pPr>
      <w:r w:rsidRPr="00673F02">
        <w:rPr>
          <w:rFonts w:ascii="Arial" w:eastAsia="맑은 고딕" w:hAnsi="Arial" w:cs="Arial"/>
          <w:b/>
          <w:lang w:eastAsia="ko-KR"/>
        </w:rPr>
        <w:t>연구</w:t>
      </w:r>
      <w:r w:rsidRPr="00673F02">
        <w:rPr>
          <w:rFonts w:ascii="Arial" w:eastAsia="맑은 고딕" w:hAnsi="Arial" w:cs="Arial"/>
          <w:b/>
          <w:lang w:eastAsia="ko-KR"/>
        </w:rPr>
        <w:t xml:space="preserve"> </w:t>
      </w:r>
      <w:r w:rsidRPr="00673F02">
        <w:rPr>
          <w:rFonts w:ascii="Arial" w:eastAsia="맑은 고딕" w:hAnsi="Arial" w:cs="Arial"/>
          <w:b/>
          <w:lang w:eastAsia="ko-KR"/>
        </w:rPr>
        <w:t>관심</w:t>
      </w:r>
      <w:r w:rsidRPr="00673F02">
        <w:rPr>
          <w:rFonts w:ascii="Arial" w:eastAsia="맑은 고딕" w:hAnsi="Arial" w:cs="Arial"/>
          <w:b/>
          <w:lang w:eastAsia="ko-KR"/>
        </w:rPr>
        <w:t xml:space="preserve"> </w:t>
      </w:r>
      <w:r w:rsidRPr="00673F02">
        <w:rPr>
          <w:rFonts w:ascii="Arial" w:eastAsia="맑은 고딕" w:hAnsi="Arial" w:cs="Arial"/>
          <w:b/>
          <w:lang w:eastAsia="ko-KR"/>
        </w:rPr>
        <w:t>분야</w:t>
      </w:r>
      <w:r w:rsidRPr="00673F02">
        <w:rPr>
          <w:rFonts w:ascii="Arial" w:eastAsia="맑은 고딕" w:hAnsi="Arial" w:cs="Arial"/>
          <w:b/>
          <w:lang w:eastAsia="ko-KR"/>
        </w:rPr>
        <w:t>(Research Interest)</w:t>
      </w:r>
      <w:r w:rsidRPr="00673F02">
        <w:rPr>
          <w:rFonts w:ascii="Arial" w:eastAsia="맑은 고딕" w:hAnsi="Arial" w:cs="Arial"/>
          <w:b/>
          <w:color w:val="D93025"/>
          <w:lang w:eastAsia="ko-KR"/>
        </w:rPr>
        <w:t xml:space="preserve"> *</w:t>
      </w:r>
    </w:p>
    <w:p w14:paraId="2A7223D1" w14:textId="77777777" w:rsidR="00124CBB" w:rsidRPr="00673F02" w:rsidRDefault="00EE694D">
      <w:pPr>
        <w:pBdr>
          <w:bottom w:val="single" w:sz="6" w:space="1" w:color="808080"/>
        </w:pBdr>
        <w:spacing w:before="40" w:after="40"/>
        <w:rPr>
          <w:rFonts w:ascii="Arial" w:eastAsia="맑은 고딕" w:hAnsi="Arial" w:cs="Arial"/>
          <w:lang w:eastAsia="ko-KR"/>
        </w:rPr>
      </w:pPr>
      <w:r w:rsidRPr="00673F02">
        <w:rPr>
          <w:rFonts w:ascii="Arial" w:eastAsia="맑은 고딕" w:hAnsi="Arial" w:cs="Arial"/>
          <w:lang w:eastAsia="ko-KR"/>
        </w:rPr>
        <w:t xml:space="preserve">  </w:t>
      </w:r>
    </w:p>
    <w:p w14:paraId="77D4D43A" w14:textId="77777777" w:rsidR="00124CBB" w:rsidRPr="00673F02" w:rsidRDefault="00EE694D">
      <w:pPr>
        <w:spacing w:before="200" w:after="40"/>
        <w:rPr>
          <w:rFonts w:ascii="Arial" w:eastAsia="맑은 고딕" w:hAnsi="Arial" w:cs="Arial"/>
          <w:lang w:eastAsia="ko-KR"/>
        </w:rPr>
      </w:pPr>
      <w:r w:rsidRPr="00673F02">
        <w:rPr>
          <w:rFonts w:ascii="Arial" w:eastAsia="맑은 고딕" w:hAnsi="Arial" w:cs="Arial"/>
          <w:b/>
          <w:lang w:eastAsia="ko-KR"/>
        </w:rPr>
        <w:t>각종</w:t>
      </w:r>
      <w:r w:rsidRPr="00673F02">
        <w:rPr>
          <w:rFonts w:ascii="Arial" w:eastAsia="맑은 고딕" w:hAnsi="Arial" w:cs="Arial"/>
          <w:b/>
          <w:lang w:eastAsia="ko-KR"/>
        </w:rPr>
        <w:t xml:space="preserve"> </w:t>
      </w:r>
      <w:r w:rsidRPr="00673F02">
        <w:rPr>
          <w:rFonts w:ascii="Arial" w:eastAsia="맑은 고딕" w:hAnsi="Arial" w:cs="Arial"/>
          <w:b/>
          <w:lang w:eastAsia="ko-KR"/>
        </w:rPr>
        <w:t>경력</w:t>
      </w:r>
      <w:r w:rsidRPr="00673F02">
        <w:rPr>
          <w:rFonts w:ascii="Arial" w:eastAsia="맑은 고딕" w:hAnsi="Arial" w:cs="Arial"/>
          <w:b/>
          <w:lang w:eastAsia="ko-KR"/>
        </w:rPr>
        <w:t>(</w:t>
      </w:r>
      <w:r w:rsidRPr="00673F02">
        <w:rPr>
          <w:rFonts w:ascii="Arial" w:eastAsia="맑은 고딕" w:hAnsi="Arial" w:cs="Arial"/>
          <w:b/>
          <w:lang w:eastAsia="ko-KR"/>
        </w:rPr>
        <w:t>연구경험</w:t>
      </w:r>
      <w:r w:rsidRPr="00673F02">
        <w:rPr>
          <w:rFonts w:ascii="Arial" w:eastAsia="맑은 고딕" w:hAnsi="Arial" w:cs="Arial"/>
          <w:b/>
          <w:lang w:eastAsia="ko-KR"/>
        </w:rPr>
        <w:t xml:space="preserve">, </w:t>
      </w:r>
      <w:r w:rsidRPr="00673F02">
        <w:rPr>
          <w:rFonts w:ascii="Arial" w:eastAsia="맑은 고딕" w:hAnsi="Arial" w:cs="Arial"/>
          <w:b/>
          <w:lang w:eastAsia="ko-KR"/>
        </w:rPr>
        <w:t>출판물</w:t>
      </w:r>
      <w:r w:rsidRPr="00673F02">
        <w:rPr>
          <w:rFonts w:ascii="Arial" w:eastAsia="맑은 고딕" w:hAnsi="Arial" w:cs="Arial"/>
          <w:b/>
          <w:lang w:eastAsia="ko-KR"/>
        </w:rPr>
        <w:t xml:space="preserve"> </w:t>
      </w:r>
      <w:r w:rsidRPr="00673F02">
        <w:rPr>
          <w:rFonts w:ascii="Arial" w:eastAsia="맑은 고딕" w:hAnsi="Arial" w:cs="Arial"/>
          <w:b/>
          <w:lang w:eastAsia="ko-KR"/>
        </w:rPr>
        <w:t>등</w:t>
      </w:r>
      <w:r w:rsidRPr="00673F02">
        <w:rPr>
          <w:rFonts w:ascii="Arial" w:eastAsia="맑은 고딕" w:hAnsi="Arial" w:cs="Arial"/>
          <w:b/>
          <w:lang w:eastAsia="ko-KR"/>
        </w:rPr>
        <w:t xml:space="preserve">) </w:t>
      </w:r>
      <w:r w:rsidRPr="006A441E">
        <w:rPr>
          <w:rFonts w:ascii="Arial" w:eastAsia="맑은 고딕" w:hAnsi="Arial" w:cs="Arial"/>
          <w:b/>
          <w:color w:val="FF0000"/>
          <w:lang w:eastAsia="ko-KR"/>
        </w:rPr>
        <w:t>*</w:t>
      </w:r>
    </w:p>
    <w:p w14:paraId="3ADEA3F7" w14:textId="77777777" w:rsidR="00124CBB" w:rsidRPr="00673F02" w:rsidRDefault="00EE694D">
      <w:pPr>
        <w:spacing w:after="0"/>
        <w:rPr>
          <w:rFonts w:ascii="Arial" w:eastAsia="맑은 고딕" w:hAnsi="Arial" w:cs="Arial"/>
          <w:b/>
        </w:rPr>
      </w:pPr>
      <w:r w:rsidRPr="00673F02">
        <w:rPr>
          <w:rFonts w:ascii="Arial" w:eastAsia="맑은 고딕" w:hAnsi="Arial" w:cs="Arial"/>
          <w:b/>
        </w:rPr>
        <w:t>Relevant experience (including research experience</w:t>
      </w:r>
      <w:r w:rsidR="00935451" w:rsidRPr="00673F02">
        <w:rPr>
          <w:rFonts w:ascii="Arial" w:eastAsia="맑은 고딕" w:hAnsi="Arial" w:cs="Arial"/>
          <w:b/>
        </w:rPr>
        <w:t>,</w:t>
      </w:r>
      <w:r w:rsidRPr="00673F02">
        <w:rPr>
          <w:rFonts w:ascii="Arial" w:eastAsia="맑은 고딕" w:hAnsi="Arial" w:cs="Arial"/>
          <w:b/>
        </w:rPr>
        <w:t xml:space="preserve"> </w:t>
      </w:r>
      <w:r w:rsidR="000666ED" w:rsidRPr="00673F02">
        <w:rPr>
          <w:rFonts w:ascii="Arial" w:eastAsia="맑은 고딕" w:hAnsi="Arial" w:cs="Arial"/>
          <w:b/>
        </w:rPr>
        <w:t>publications,</w:t>
      </w:r>
      <w:r w:rsidRPr="00673F02">
        <w:rPr>
          <w:rFonts w:ascii="Arial" w:eastAsia="맑은 고딕" w:hAnsi="Arial" w:cs="Arial"/>
          <w:b/>
        </w:rPr>
        <w:t xml:space="preserve"> </w:t>
      </w:r>
      <w:proofErr w:type="spellStart"/>
      <w:r w:rsidRPr="00673F02">
        <w:rPr>
          <w:rFonts w:ascii="Arial" w:eastAsia="맑은 고딕" w:hAnsi="Arial" w:cs="Arial"/>
          <w:b/>
          <w:i/>
        </w:rPr>
        <w:t>etc</w:t>
      </w:r>
      <w:proofErr w:type="spellEnd"/>
      <w:r w:rsidRPr="00673F02">
        <w:rPr>
          <w:rFonts w:ascii="Arial" w:eastAsia="맑은 고딕" w:hAnsi="Arial" w:cs="Arial"/>
          <w:b/>
        </w:rPr>
        <w:t>)</w:t>
      </w:r>
    </w:p>
    <w:p w14:paraId="0A450DFB" w14:textId="77777777" w:rsidR="00124CBB" w:rsidRPr="00673F02" w:rsidRDefault="00EE694D">
      <w:pPr>
        <w:pBdr>
          <w:bottom w:val="single" w:sz="6" w:space="1" w:color="808080"/>
        </w:pBdr>
        <w:spacing w:before="40" w:after="40"/>
        <w:rPr>
          <w:rFonts w:ascii="Arial" w:eastAsia="맑은 고딕" w:hAnsi="Arial" w:cs="Arial"/>
        </w:rPr>
      </w:pPr>
      <w:r w:rsidRPr="00673F02">
        <w:rPr>
          <w:rFonts w:ascii="Arial" w:eastAsia="맑은 고딕" w:hAnsi="Arial" w:cs="Arial"/>
        </w:rPr>
        <w:t xml:space="preserve"> </w:t>
      </w:r>
    </w:p>
    <w:p w14:paraId="16360218" w14:textId="77777777" w:rsidR="006440FF" w:rsidRPr="00673F02" w:rsidRDefault="006440FF" w:rsidP="006440FF">
      <w:pPr>
        <w:spacing w:before="200" w:after="40"/>
        <w:rPr>
          <w:rFonts w:ascii="Arial" w:eastAsia="맑은 고딕" w:hAnsi="Arial" w:cs="Arial"/>
        </w:rPr>
      </w:pPr>
      <w:proofErr w:type="spellStart"/>
      <w:r w:rsidRPr="00673F02">
        <w:rPr>
          <w:rFonts w:ascii="Arial" w:eastAsia="맑은 고딕" w:hAnsi="Arial" w:cs="Arial"/>
          <w:b/>
        </w:rPr>
        <w:t>합류</w:t>
      </w:r>
      <w:proofErr w:type="spellEnd"/>
      <w:r w:rsidRPr="00673F02">
        <w:rPr>
          <w:rFonts w:ascii="Arial" w:eastAsia="맑은 고딕" w:hAnsi="Arial" w:cs="Arial"/>
          <w:b/>
        </w:rPr>
        <w:t xml:space="preserve"> </w:t>
      </w:r>
      <w:proofErr w:type="spellStart"/>
      <w:proofErr w:type="gramStart"/>
      <w:r w:rsidRPr="00673F02">
        <w:rPr>
          <w:rFonts w:ascii="Arial" w:eastAsia="맑은 고딕" w:hAnsi="Arial" w:cs="Arial"/>
          <w:b/>
        </w:rPr>
        <w:t>가능시기</w:t>
      </w:r>
      <w:proofErr w:type="spellEnd"/>
      <w:r w:rsidRPr="00673F02">
        <w:rPr>
          <w:rFonts w:ascii="Arial" w:eastAsia="맑은 고딕" w:hAnsi="Arial" w:cs="Arial"/>
          <w:b/>
        </w:rPr>
        <w:t>(</w:t>
      </w:r>
      <w:proofErr w:type="gramEnd"/>
      <w:r w:rsidRPr="00673F02">
        <w:rPr>
          <w:rFonts w:ascii="Arial" w:eastAsia="맑은 고딕" w:hAnsi="Arial" w:cs="Arial"/>
          <w:b/>
        </w:rPr>
        <w:t>Available to start)</w:t>
      </w:r>
      <w:r w:rsidRPr="00673F02">
        <w:rPr>
          <w:rFonts w:ascii="Arial" w:eastAsia="맑은 고딕" w:hAnsi="Arial" w:cs="Arial"/>
          <w:b/>
          <w:color w:val="D93025"/>
        </w:rPr>
        <w:t xml:space="preserve"> *</w:t>
      </w:r>
    </w:p>
    <w:p w14:paraId="30FB1721" w14:textId="77777777" w:rsidR="006440FF" w:rsidRPr="00673F02" w:rsidRDefault="006440FF" w:rsidP="006440FF">
      <w:pPr>
        <w:pBdr>
          <w:bottom w:val="single" w:sz="6" w:space="1" w:color="808080"/>
        </w:pBdr>
        <w:spacing w:before="80" w:after="80"/>
        <w:rPr>
          <w:rFonts w:ascii="Arial" w:eastAsia="맑은 고딕" w:hAnsi="Arial" w:cs="Arial"/>
          <w:b/>
        </w:rPr>
      </w:pPr>
      <w:r w:rsidRPr="00673F02">
        <w:rPr>
          <w:rFonts w:ascii="Arial" w:eastAsia="맑은 고딕" w:hAnsi="Arial" w:cs="Arial"/>
          <w:b/>
        </w:rPr>
        <w:t xml:space="preserve"> </w:t>
      </w:r>
    </w:p>
    <w:p w14:paraId="2BB3209C" w14:textId="77777777" w:rsidR="00124CBB" w:rsidRPr="00673F02" w:rsidRDefault="00EE694D">
      <w:pPr>
        <w:spacing w:before="200" w:after="40"/>
        <w:rPr>
          <w:rFonts w:ascii="Arial" w:eastAsia="맑은 고딕" w:hAnsi="Arial" w:cs="Arial"/>
        </w:rPr>
      </w:pPr>
      <w:proofErr w:type="spellStart"/>
      <w:r w:rsidRPr="00673F02">
        <w:rPr>
          <w:rFonts w:ascii="Arial" w:eastAsia="맑은 고딕" w:hAnsi="Arial" w:cs="Arial"/>
          <w:b/>
        </w:rPr>
        <w:t>개인정보</w:t>
      </w:r>
      <w:proofErr w:type="spellEnd"/>
      <w:r w:rsidRPr="00673F02">
        <w:rPr>
          <w:rFonts w:ascii="Arial" w:eastAsia="맑은 고딕" w:hAnsi="Arial" w:cs="Arial"/>
          <w:b/>
        </w:rPr>
        <w:t xml:space="preserve"> </w:t>
      </w:r>
      <w:proofErr w:type="spellStart"/>
      <w:r w:rsidRPr="00673F02">
        <w:rPr>
          <w:rFonts w:ascii="Arial" w:eastAsia="맑은 고딕" w:hAnsi="Arial" w:cs="Arial"/>
          <w:b/>
        </w:rPr>
        <w:t>수집</w:t>
      </w:r>
      <w:proofErr w:type="spellEnd"/>
      <w:r w:rsidRPr="00673F02">
        <w:rPr>
          <w:rFonts w:ascii="Arial" w:eastAsia="맑은 고딕" w:hAnsi="Arial" w:cs="Arial"/>
          <w:b/>
        </w:rPr>
        <w:t xml:space="preserve"> </w:t>
      </w:r>
      <w:r w:rsidRPr="00673F02">
        <w:rPr>
          <w:rFonts w:ascii="Arial" w:eastAsia="맑은 고딕" w:hAnsi="Arial" w:cs="Arial"/>
          <w:b/>
        </w:rPr>
        <w:t>및</w:t>
      </w:r>
      <w:r w:rsidRPr="00673F02">
        <w:rPr>
          <w:rFonts w:ascii="Arial" w:eastAsia="맑은 고딕" w:hAnsi="Arial" w:cs="Arial"/>
          <w:b/>
        </w:rPr>
        <w:t xml:space="preserve"> </w:t>
      </w:r>
      <w:proofErr w:type="spellStart"/>
      <w:r w:rsidRPr="00673F02">
        <w:rPr>
          <w:rFonts w:ascii="Arial" w:eastAsia="맑은 고딕" w:hAnsi="Arial" w:cs="Arial"/>
          <w:b/>
        </w:rPr>
        <w:t>이용</w:t>
      </w:r>
      <w:proofErr w:type="spellEnd"/>
      <w:r w:rsidRPr="00673F02">
        <w:rPr>
          <w:rFonts w:ascii="Arial" w:eastAsia="맑은 고딕" w:hAnsi="Arial" w:cs="Arial"/>
          <w:b/>
        </w:rPr>
        <w:t xml:space="preserve"> </w:t>
      </w:r>
      <w:proofErr w:type="spellStart"/>
      <w:proofErr w:type="gramStart"/>
      <w:r w:rsidRPr="00673F02">
        <w:rPr>
          <w:rFonts w:ascii="Arial" w:eastAsia="맑은 고딕" w:hAnsi="Arial" w:cs="Arial"/>
          <w:b/>
        </w:rPr>
        <w:t>동의</w:t>
      </w:r>
      <w:proofErr w:type="spellEnd"/>
      <w:r w:rsidRPr="00673F02">
        <w:rPr>
          <w:rFonts w:ascii="Arial" w:eastAsia="맑은 고딕" w:hAnsi="Arial" w:cs="Arial"/>
          <w:b/>
        </w:rPr>
        <w:t>(</w:t>
      </w:r>
      <w:proofErr w:type="gramEnd"/>
      <w:r w:rsidRPr="00673F02">
        <w:rPr>
          <w:rFonts w:ascii="Arial" w:eastAsia="맑은 고딕" w:hAnsi="Arial" w:cs="Arial"/>
          <w:b/>
        </w:rPr>
        <w:t>Personal Information Collection and Usage Agreement)</w:t>
      </w:r>
      <w:r w:rsidRPr="00673F02">
        <w:rPr>
          <w:rFonts w:ascii="Arial" w:eastAsia="맑은 고딕" w:hAnsi="Arial" w:cs="Arial"/>
          <w:b/>
          <w:color w:val="D93025"/>
        </w:rPr>
        <w:t xml:space="preserve"> *</w:t>
      </w:r>
    </w:p>
    <w:p w14:paraId="11F6CF6D" w14:textId="77777777" w:rsidR="00DC7E75" w:rsidRPr="00673F02" w:rsidRDefault="00DC7E75" w:rsidP="00356C6E">
      <w:pPr>
        <w:spacing w:after="0" w:line="240" w:lineRule="auto"/>
        <w:rPr>
          <w:rFonts w:ascii="Arial" w:eastAsia="맑은 고딕" w:hAnsi="Arial" w:cs="Arial"/>
          <w:color w:val="5F6368"/>
          <w:sz w:val="18"/>
          <w:lang w:eastAsia="ko-KR"/>
        </w:rPr>
      </w:pPr>
      <w:r w:rsidRPr="00673F02">
        <w:rPr>
          <w:rFonts w:ascii="Arial" w:eastAsia="맑은 고딕" w:hAnsi="Arial" w:cs="Arial"/>
          <w:color w:val="5F6368"/>
          <w:sz w:val="18"/>
          <w:lang w:eastAsia="ko-KR"/>
        </w:rPr>
        <w:t>&lt;</w:t>
      </w:r>
      <w:r w:rsidRPr="00673F02">
        <w:rPr>
          <w:rFonts w:ascii="Arial" w:eastAsia="맑은 고딕" w:hAnsi="Arial" w:cs="Arial"/>
          <w:color w:val="5F6368"/>
          <w:sz w:val="18"/>
          <w:lang w:eastAsia="ko-KR"/>
        </w:rPr>
        <w:t>한국어</w:t>
      </w:r>
      <w:r w:rsidRPr="00673F02">
        <w:rPr>
          <w:rFonts w:ascii="Arial" w:eastAsia="맑은 고딕" w:hAnsi="Arial" w:cs="Arial"/>
          <w:color w:val="5F6368"/>
          <w:sz w:val="18"/>
          <w:lang w:eastAsia="ko-KR"/>
        </w:rPr>
        <w:t>&gt;</w:t>
      </w:r>
    </w:p>
    <w:p w14:paraId="44803867" w14:textId="77777777" w:rsidR="00356C6E" w:rsidRPr="00673F02" w:rsidRDefault="00DC7E75" w:rsidP="009C3A0F">
      <w:pPr>
        <w:spacing w:after="0" w:line="240" w:lineRule="auto"/>
        <w:jc w:val="both"/>
        <w:rPr>
          <w:rFonts w:ascii="Arial" w:eastAsia="맑은 고딕" w:hAnsi="Arial" w:cs="Arial"/>
          <w:color w:val="5F6368"/>
          <w:sz w:val="18"/>
          <w:lang w:eastAsia="ko-KR"/>
        </w:rPr>
      </w:pP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수집</w:t>
      </w:r>
      <w:r w:rsidRPr="00673F02">
        <w:rPr>
          <w:rFonts w:ascii="Arial" w:eastAsia="맑은 고딕" w:hAnsi="Arial" w:cs="Arial"/>
          <w:color w:val="5F6368"/>
          <w:sz w:val="18"/>
          <w:lang w:eastAsia="ko-KR"/>
        </w:rPr>
        <w:t>·</w:t>
      </w:r>
      <w:r w:rsidRPr="00673F02">
        <w:rPr>
          <w:rFonts w:ascii="Arial" w:eastAsia="맑은 고딕" w:hAnsi="Arial" w:cs="Arial"/>
          <w:color w:val="5F6368"/>
          <w:sz w:val="18"/>
          <w:lang w:eastAsia="ko-KR"/>
        </w:rPr>
        <w:t>이용목적</w:t>
      </w:r>
      <w:r w:rsidRPr="00673F02">
        <w:rPr>
          <w:rFonts w:ascii="Arial" w:eastAsia="맑은 고딕" w:hAnsi="Arial" w:cs="Arial"/>
          <w:color w:val="5F6368"/>
          <w:sz w:val="18"/>
          <w:lang w:eastAsia="ko-KR"/>
        </w:rPr>
        <w:t xml:space="preserve">: </w:t>
      </w:r>
      <w:proofErr w:type="spellStart"/>
      <w:r w:rsidRPr="00673F02">
        <w:rPr>
          <w:rFonts w:ascii="Arial" w:eastAsia="맑은 고딕" w:hAnsi="Arial" w:cs="Arial"/>
          <w:color w:val="5F6368"/>
          <w:sz w:val="18"/>
          <w:lang w:eastAsia="ko-KR"/>
        </w:rPr>
        <w:t>lnnoCORE</w:t>
      </w:r>
      <w:proofErr w:type="spellEnd"/>
      <w:r w:rsidRPr="00673F02">
        <w:rPr>
          <w:rFonts w:ascii="Arial" w:eastAsia="맑은 고딕" w:hAnsi="Arial" w:cs="Arial"/>
          <w:color w:val="5F6368"/>
          <w:sz w:val="18"/>
          <w:lang w:eastAsia="ko-KR"/>
        </w:rPr>
        <w:t xml:space="preserve"> </w:t>
      </w:r>
      <w:r w:rsidR="005158E5" w:rsidRPr="00673F02">
        <w:rPr>
          <w:rFonts w:ascii="Arial" w:eastAsia="맑은 고딕" w:hAnsi="Arial" w:cs="Arial"/>
          <w:color w:val="5F6368"/>
          <w:sz w:val="18"/>
          <w:lang w:eastAsia="ko-KR"/>
        </w:rPr>
        <w:t>연구팀</w:t>
      </w:r>
      <w:r w:rsidR="005158E5" w:rsidRPr="00673F02">
        <w:rPr>
          <w:rFonts w:ascii="Arial" w:eastAsia="맑은 고딕" w:hAnsi="Arial" w:cs="Arial"/>
          <w:color w:val="5F6368"/>
          <w:sz w:val="18"/>
          <w:lang w:eastAsia="ko-KR"/>
        </w:rPr>
        <w:t xml:space="preserve"> </w:t>
      </w:r>
      <w:r w:rsidR="005158E5" w:rsidRPr="00673F02">
        <w:rPr>
          <w:rFonts w:ascii="Arial" w:eastAsia="맑은 고딕" w:hAnsi="Arial" w:cs="Arial"/>
          <w:color w:val="5F6368"/>
          <w:sz w:val="18"/>
          <w:lang w:eastAsia="ko-KR"/>
        </w:rPr>
        <w:t>참</w:t>
      </w:r>
      <w:r w:rsidRPr="00673F02">
        <w:rPr>
          <w:rFonts w:ascii="Arial" w:eastAsia="맑은 고딕" w:hAnsi="Arial" w:cs="Arial"/>
          <w:color w:val="5F6368"/>
          <w:sz w:val="18"/>
          <w:lang w:eastAsia="ko-KR"/>
        </w:rPr>
        <w:t>여의향서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제출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인원에</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대한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확인을</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위하여</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개인정보를</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수집함</w:t>
      </w:r>
      <w:r w:rsidRPr="00673F02">
        <w:rPr>
          <w:rFonts w:ascii="Arial" w:eastAsia="맑은 고딕" w:hAnsi="Arial" w:cs="Arial"/>
          <w:color w:val="5F6368"/>
          <w:sz w:val="18"/>
          <w:lang w:eastAsia="ko-KR"/>
        </w:rPr>
        <w:t xml:space="preserve">. </w:t>
      </w:r>
    </w:p>
    <w:p w14:paraId="06009CEA" w14:textId="77777777" w:rsidR="00DC7E75" w:rsidRPr="00673F02" w:rsidRDefault="00DC7E75" w:rsidP="009C3A0F">
      <w:pPr>
        <w:spacing w:after="0" w:line="240" w:lineRule="auto"/>
        <w:jc w:val="both"/>
        <w:rPr>
          <w:rFonts w:ascii="Arial" w:eastAsia="맑은 고딕" w:hAnsi="Arial" w:cs="Arial"/>
          <w:color w:val="5F6368"/>
          <w:sz w:val="18"/>
          <w:lang w:eastAsia="ko-KR"/>
        </w:rPr>
      </w:pP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수집</w:t>
      </w:r>
      <w:r w:rsidRPr="00673F02">
        <w:rPr>
          <w:rFonts w:ascii="Arial" w:eastAsia="맑은 고딕" w:hAnsi="Arial" w:cs="Arial"/>
          <w:color w:val="5F6368"/>
          <w:sz w:val="18"/>
          <w:lang w:eastAsia="ko-KR"/>
        </w:rPr>
        <w:t>·</w:t>
      </w:r>
      <w:r w:rsidRPr="00673F02">
        <w:rPr>
          <w:rFonts w:ascii="Arial" w:eastAsia="맑은 고딕" w:hAnsi="Arial" w:cs="Arial"/>
          <w:color w:val="5F6368"/>
          <w:sz w:val="18"/>
          <w:lang w:eastAsia="ko-KR"/>
        </w:rPr>
        <w:t>이용할</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항목</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성명</w:t>
      </w:r>
      <w:r w:rsidRPr="00673F02">
        <w:rPr>
          <w:rFonts w:ascii="Arial" w:eastAsia="맑은 고딕" w:hAnsi="Arial" w:cs="Arial"/>
          <w:color w:val="5F6368"/>
          <w:sz w:val="18"/>
          <w:lang w:eastAsia="ko-KR"/>
        </w:rPr>
        <w:t>(</w:t>
      </w:r>
      <w:r w:rsidRPr="00673F02">
        <w:rPr>
          <w:rFonts w:ascii="Arial" w:eastAsia="맑은 고딕" w:hAnsi="Arial" w:cs="Arial"/>
          <w:color w:val="5F6368"/>
          <w:sz w:val="18"/>
          <w:lang w:eastAsia="ko-KR"/>
        </w:rPr>
        <w:t>한글</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또는</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영문</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이메일</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학력정보</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경력정보</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등</w:t>
      </w:r>
    </w:p>
    <w:p w14:paraId="60907A26" w14:textId="77777777" w:rsidR="00DC7E75" w:rsidRPr="00673F02" w:rsidRDefault="00DC7E75" w:rsidP="009C3A0F">
      <w:pPr>
        <w:spacing w:after="0" w:line="240" w:lineRule="auto"/>
        <w:jc w:val="both"/>
        <w:rPr>
          <w:rFonts w:ascii="Arial" w:eastAsia="맑은 고딕" w:hAnsi="Arial" w:cs="Arial"/>
          <w:color w:val="5F6368"/>
          <w:sz w:val="18"/>
          <w:lang w:eastAsia="ko-KR"/>
        </w:rPr>
      </w:pP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개인정보의</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보유</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및</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이용기간</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참여의향서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접수</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마감일로부터</w:t>
      </w:r>
      <w:r w:rsidRPr="00673F02">
        <w:rPr>
          <w:rFonts w:ascii="Arial" w:eastAsia="맑은 고딕" w:hAnsi="Arial" w:cs="Arial"/>
          <w:color w:val="5F6368"/>
          <w:sz w:val="18"/>
          <w:lang w:eastAsia="ko-KR"/>
        </w:rPr>
        <w:t xml:space="preserve"> 180</w:t>
      </w:r>
      <w:r w:rsidRPr="00673F02">
        <w:rPr>
          <w:rFonts w:ascii="Arial" w:eastAsia="맑은 고딕" w:hAnsi="Arial" w:cs="Arial"/>
          <w:color w:val="5F6368"/>
          <w:sz w:val="18"/>
          <w:lang w:eastAsia="ko-KR"/>
        </w:rPr>
        <w:t>일</w:t>
      </w:r>
    </w:p>
    <w:p w14:paraId="21AAE60A" w14:textId="77777777" w:rsidR="00DC7E75" w:rsidRPr="00673F02" w:rsidRDefault="00DC7E75" w:rsidP="009C3A0F">
      <w:pPr>
        <w:spacing w:after="0" w:line="240" w:lineRule="auto"/>
        <w:ind w:left="140" w:hangingChars="78" w:hanging="140"/>
        <w:jc w:val="both"/>
        <w:rPr>
          <w:rFonts w:ascii="Arial" w:eastAsia="맑은 고딕" w:hAnsi="Arial" w:cs="Arial"/>
          <w:color w:val="5F6368"/>
          <w:sz w:val="18"/>
          <w:lang w:eastAsia="ko-KR"/>
        </w:rPr>
      </w:pP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동의를</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거부할</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권리</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개인정보</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수집</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및</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이용동의에</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거부할</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수</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있습니다</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단</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개인정보</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수집</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및</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이용에</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대한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동의를</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하지</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않을</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경우</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제출한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참여의향서</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인정은</w:t>
      </w:r>
      <w:r w:rsidRPr="00673F02">
        <w:rPr>
          <w:rFonts w:ascii="Arial" w:eastAsia="맑은 고딕" w:hAnsi="Arial" w:cs="Arial"/>
          <w:color w:val="5F6368"/>
          <w:sz w:val="18"/>
          <w:lang w:eastAsia="ko-KR"/>
        </w:rPr>
        <w:t xml:space="preserve"> </w:t>
      </w:r>
      <w:r w:rsidRPr="00673F02">
        <w:rPr>
          <w:rFonts w:ascii="Arial" w:eastAsia="맑은 고딕" w:hAnsi="Arial" w:cs="Arial"/>
          <w:color w:val="5F6368"/>
          <w:sz w:val="18"/>
          <w:lang w:eastAsia="ko-KR"/>
        </w:rPr>
        <w:t>불가능합니다</w:t>
      </w:r>
      <w:r w:rsidRPr="00673F02">
        <w:rPr>
          <w:rFonts w:ascii="Arial" w:eastAsia="맑은 고딕" w:hAnsi="Arial" w:cs="Arial"/>
          <w:color w:val="5F6368"/>
          <w:sz w:val="18"/>
          <w:lang w:eastAsia="ko-KR"/>
        </w:rPr>
        <w:t xml:space="preserve">. </w:t>
      </w:r>
    </w:p>
    <w:p w14:paraId="3447C621" w14:textId="77777777" w:rsidR="009C3A0F" w:rsidRPr="00673F02" w:rsidRDefault="009C3A0F" w:rsidP="009C3A0F">
      <w:pPr>
        <w:spacing w:after="0" w:line="240" w:lineRule="auto"/>
        <w:jc w:val="both"/>
        <w:rPr>
          <w:rFonts w:ascii="Arial" w:eastAsia="맑은 고딕" w:hAnsi="Arial" w:cs="Arial"/>
          <w:color w:val="5F6368"/>
          <w:sz w:val="18"/>
          <w:lang w:eastAsia="ko-KR"/>
        </w:rPr>
      </w:pPr>
    </w:p>
    <w:p w14:paraId="4088B82E" w14:textId="77777777" w:rsidR="00DC7E75" w:rsidRPr="00673F02" w:rsidRDefault="00DC7E75" w:rsidP="009C3A0F">
      <w:pPr>
        <w:spacing w:after="0" w:line="240" w:lineRule="auto"/>
        <w:jc w:val="both"/>
        <w:rPr>
          <w:rFonts w:ascii="Arial" w:eastAsia="맑은 고딕" w:hAnsi="Arial" w:cs="Arial"/>
          <w:color w:val="5F6368"/>
          <w:sz w:val="18"/>
        </w:rPr>
      </w:pPr>
      <w:r w:rsidRPr="00673F02">
        <w:rPr>
          <w:rFonts w:ascii="Arial" w:eastAsia="맑은 고딕" w:hAnsi="Arial" w:cs="Arial"/>
          <w:color w:val="5F6368"/>
          <w:sz w:val="18"/>
        </w:rPr>
        <w:t>&lt;English&gt;</w:t>
      </w:r>
    </w:p>
    <w:p w14:paraId="580E8E88" w14:textId="77777777" w:rsidR="009C3A0F" w:rsidRPr="00673F02" w:rsidRDefault="00DC7E75" w:rsidP="009C3A0F">
      <w:pPr>
        <w:spacing w:after="0" w:line="240" w:lineRule="auto"/>
        <w:ind w:left="140" w:hangingChars="78" w:hanging="140"/>
        <w:jc w:val="both"/>
        <w:rPr>
          <w:rFonts w:ascii="Arial" w:eastAsia="맑은 고딕" w:hAnsi="Arial" w:cs="Arial"/>
          <w:color w:val="5F6368"/>
          <w:sz w:val="18"/>
          <w:lang w:eastAsia="ko-KR"/>
        </w:rPr>
      </w:pPr>
      <w:r w:rsidRPr="00673F02">
        <w:rPr>
          <w:rFonts w:ascii="Arial" w:eastAsia="맑은 고딕" w:hAnsi="Arial" w:cs="Arial"/>
          <w:color w:val="5F6368"/>
          <w:sz w:val="18"/>
        </w:rPr>
        <w:t>* Purpose of Collection and use of personal information: Personal information is collected to verify individuals submitting a letter of intent to participate in the</w:t>
      </w:r>
      <w:r w:rsidR="009C3A0F" w:rsidRPr="00673F02">
        <w:rPr>
          <w:rFonts w:ascii="Arial" w:eastAsia="맑은 고딕" w:hAnsi="Arial" w:cs="Arial"/>
          <w:color w:val="5F6368"/>
          <w:sz w:val="18"/>
        </w:rPr>
        <w:t xml:space="preserve"> </w:t>
      </w:r>
      <w:r w:rsidR="009C3A0F" w:rsidRPr="00673F02">
        <w:rPr>
          <w:rFonts w:ascii="Arial" w:eastAsia="맑은 고딕" w:hAnsi="Arial" w:cs="Arial"/>
          <w:color w:val="5F6368"/>
          <w:sz w:val="18"/>
          <w:lang w:eastAsia="ko-KR"/>
        </w:rPr>
        <w:t xml:space="preserve">research team. </w:t>
      </w:r>
    </w:p>
    <w:p w14:paraId="417EDEBC" w14:textId="77777777" w:rsidR="00EE694D" w:rsidRPr="00673F02" w:rsidRDefault="00DC7E75" w:rsidP="009C3A0F">
      <w:pPr>
        <w:spacing w:after="0" w:line="240" w:lineRule="auto"/>
        <w:ind w:left="140" w:hangingChars="78" w:hanging="140"/>
        <w:jc w:val="both"/>
        <w:rPr>
          <w:rFonts w:ascii="Arial" w:eastAsia="맑은 고딕" w:hAnsi="Arial" w:cs="Arial"/>
          <w:color w:val="5F6368"/>
          <w:sz w:val="18"/>
        </w:rPr>
      </w:pPr>
      <w:r w:rsidRPr="00673F02">
        <w:rPr>
          <w:rFonts w:ascii="Arial" w:eastAsia="맑은 고딕" w:hAnsi="Arial" w:cs="Arial"/>
          <w:color w:val="5F6368"/>
          <w:sz w:val="18"/>
        </w:rPr>
        <w:t xml:space="preserve">* Items of personal information collection: Name (In Korean or English), e-mail address, academic background, career information, </w:t>
      </w:r>
      <w:r w:rsidRPr="00C56C07">
        <w:rPr>
          <w:rFonts w:ascii="Arial" w:eastAsia="맑은 고딕" w:hAnsi="Arial" w:cs="Arial"/>
          <w:i/>
          <w:color w:val="5F6368"/>
          <w:sz w:val="18"/>
        </w:rPr>
        <w:t>etc</w:t>
      </w:r>
      <w:r w:rsidRPr="00673F02">
        <w:rPr>
          <w:rFonts w:ascii="Arial" w:eastAsia="맑은 고딕" w:hAnsi="Arial" w:cs="Arial"/>
          <w:color w:val="5F6368"/>
          <w:sz w:val="18"/>
        </w:rPr>
        <w:t xml:space="preserve">. </w:t>
      </w:r>
    </w:p>
    <w:p w14:paraId="3B339848" w14:textId="77777777" w:rsidR="00EE694D" w:rsidRPr="00673F02" w:rsidRDefault="00DC7E75" w:rsidP="009C3A0F">
      <w:pPr>
        <w:spacing w:after="0" w:line="240" w:lineRule="auto"/>
        <w:ind w:left="140" w:hangingChars="78" w:hanging="140"/>
        <w:jc w:val="both"/>
        <w:rPr>
          <w:rFonts w:ascii="Arial" w:eastAsia="맑은 고딕" w:hAnsi="Arial" w:cs="Arial"/>
          <w:color w:val="5F6368"/>
          <w:sz w:val="18"/>
        </w:rPr>
      </w:pPr>
      <w:r w:rsidRPr="00673F02">
        <w:rPr>
          <w:rFonts w:ascii="Arial" w:eastAsia="맑은 고딕" w:hAnsi="Arial" w:cs="Arial"/>
          <w:color w:val="5F6368"/>
          <w:sz w:val="18"/>
        </w:rPr>
        <w:t xml:space="preserve">* Retention and use period of personal information: 180 days from the closing date of the letter of intent submission period. </w:t>
      </w:r>
    </w:p>
    <w:p w14:paraId="4565CEA8" w14:textId="77777777" w:rsidR="00DC7E75" w:rsidRPr="00673F02" w:rsidRDefault="00DC7E75" w:rsidP="009C3A0F">
      <w:pPr>
        <w:spacing w:after="0" w:line="240" w:lineRule="auto"/>
        <w:ind w:left="140" w:hangingChars="78" w:hanging="140"/>
        <w:jc w:val="both"/>
        <w:rPr>
          <w:rFonts w:ascii="Arial" w:eastAsia="맑은 고딕" w:hAnsi="Arial" w:cs="Arial"/>
          <w:color w:val="5F6368"/>
          <w:sz w:val="18"/>
        </w:rPr>
      </w:pPr>
      <w:r w:rsidRPr="00673F02">
        <w:rPr>
          <w:rFonts w:ascii="Arial" w:eastAsia="맑은 고딕" w:hAnsi="Arial" w:cs="Arial"/>
          <w:color w:val="5F6368"/>
          <w:sz w:val="18"/>
        </w:rPr>
        <w:t>* Right to refuse consent: You have the right to refuse consent to the collection and use of your personal information. However, please note that if you do not consent, your submitted letter of intent will not be accepted.</w:t>
      </w:r>
    </w:p>
    <w:p w14:paraId="6DB5EE53" w14:textId="77777777" w:rsidR="004D549A" w:rsidRPr="00673F02" w:rsidRDefault="004D549A" w:rsidP="007C72FA">
      <w:pPr>
        <w:spacing w:after="0"/>
        <w:ind w:firstLineChars="50" w:firstLine="100"/>
        <w:rPr>
          <w:rFonts w:ascii="Arial" w:eastAsia="맑은 고딕" w:hAnsi="Arial" w:cs="Arial"/>
          <w:sz w:val="20"/>
          <w:lang w:eastAsia="ko-KR"/>
        </w:rPr>
      </w:pPr>
    </w:p>
    <w:p w14:paraId="7784EA8C" w14:textId="77777777" w:rsidR="00124CBB" w:rsidRPr="00673F02" w:rsidRDefault="009C3A0F" w:rsidP="007C72FA">
      <w:pPr>
        <w:spacing w:after="0"/>
        <w:ind w:firstLineChars="50" w:firstLine="100"/>
        <w:rPr>
          <w:rFonts w:ascii="Arial" w:eastAsia="맑은 고딕" w:hAnsi="Arial" w:cs="Arial"/>
        </w:rPr>
      </w:pPr>
      <w:proofErr w:type="gramStart"/>
      <w:r w:rsidRPr="00673F02">
        <w:rPr>
          <w:rFonts w:ascii="Segoe UI Symbol" w:eastAsia="맑은 고딕" w:hAnsi="Segoe UI Symbol" w:cs="Segoe UI Symbol"/>
          <w:sz w:val="20"/>
          <w:lang w:eastAsia="ko-KR"/>
        </w:rPr>
        <w:t>☐</w:t>
      </w:r>
      <w:r w:rsidR="00EE694D" w:rsidRPr="00673F02">
        <w:rPr>
          <w:rFonts w:ascii="Arial" w:eastAsia="맑은 고딕" w:hAnsi="Arial" w:cs="Arial"/>
          <w:sz w:val="20"/>
        </w:rPr>
        <w:t xml:space="preserve">  </w:t>
      </w:r>
      <w:proofErr w:type="spellStart"/>
      <w:r w:rsidR="00EE694D" w:rsidRPr="00673F02">
        <w:rPr>
          <w:rFonts w:ascii="Arial" w:eastAsia="맑은 고딕" w:hAnsi="Arial" w:cs="Arial"/>
          <w:sz w:val="20"/>
        </w:rPr>
        <w:t>동의</w:t>
      </w:r>
      <w:proofErr w:type="spellEnd"/>
      <w:proofErr w:type="gramEnd"/>
      <w:r w:rsidR="00EE694D" w:rsidRPr="00673F02">
        <w:rPr>
          <w:rFonts w:ascii="Arial" w:eastAsia="맑은 고딕" w:hAnsi="Arial" w:cs="Arial"/>
          <w:sz w:val="20"/>
        </w:rPr>
        <w:t xml:space="preserve"> (Agree)</w:t>
      </w:r>
    </w:p>
    <w:p w14:paraId="4126FB90" w14:textId="77777777" w:rsidR="00124CBB" w:rsidRDefault="009C3A0F" w:rsidP="004D549A">
      <w:pPr>
        <w:spacing w:before="40" w:after="0"/>
        <w:ind w:firstLineChars="50" w:firstLine="100"/>
        <w:rPr>
          <w:rFonts w:ascii="Arial" w:eastAsia="맑은 고딕" w:hAnsi="Arial" w:cs="Arial"/>
          <w:b/>
          <w:sz w:val="26"/>
        </w:rPr>
      </w:pPr>
      <w:proofErr w:type="gramStart"/>
      <w:r w:rsidRPr="00673F02">
        <w:rPr>
          <w:rFonts w:ascii="Segoe UI Symbol" w:eastAsia="맑은 고딕" w:hAnsi="Segoe UI Symbol" w:cs="Segoe UI Symbol"/>
          <w:sz w:val="20"/>
          <w:lang w:eastAsia="ko-KR"/>
        </w:rPr>
        <w:t>☐</w:t>
      </w:r>
      <w:r w:rsidR="00EE694D" w:rsidRPr="00673F02">
        <w:rPr>
          <w:rFonts w:ascii="Arial" w:eastAsia="맑은 고딕" w:hAnsi="Arial" w:cs="Arial"/>
          <w:sz w:val="20"/>
        </w:rPr>
        <w:t xml:space="preserve">  </w:t>
      </w:r>
      <w:proofErr w:type="spellStart"/>
      <w:r w:rsidR="00EE694D" w:rsidRPr="00673F02">
        <w:rPr>
          <w:rFonts w:ascii="Arial" w:eastAsia="맑은 고딕" w:hAnsi="Arial" w:cs="Arial"/>
          <w:sz w:val="20"/>
        </w:rPr>
        <w:t>동의하지</w:t>
      </w:r>
      <w:proofErr w:type="spellEnd"/>
      <w:proofErr w:type="gramEnd"/>
      <w:r w:rsidR="00EE694D" w:rsidRPr="00673F02">
        <w:rPr>
          <w:rFonts w:ascii="Arial" w:eastAsia="맑은 고딕" w:hAnsi="Arial" w:cs="Arial"/>
          <w:sz w:val="20"/>
        </w:rPr>
        <w:t xml:space="preserve"> </w:t>
      </w:r>
      <w:proofErr w:type="spellStart"/>
      <w:r w:rsidR="00EE694D" w:rsidRPr="00673F02">
        <w:rPr>
          <w:rFonts w:ascii="Arial" w:eastAsia="맑은 고딕" w:hAnsi="Arial" w:cs="Arial"/>
          <w:sz w:val="20"/>
        </w:rPr>
        <w:t>않음</w:t>
      </w:r>
      <w:proofErr w:type="spellEnd"/>
      <w:r w:rsidR="00EE694D" w:rsidRPr="00673F02">
        <w:rPr>
          <w:rFonts w:ascii="Arial" w:eastAsia="맑은 고딕" w:hAnsi="Arial" w:cs="Arial"/>
          <w:sz w:val="20"/>
        </w:rPr>
        <w:t xml:space="preserve"> (Disagree)</w:t>
      </w:r>
      <w:r w:rsidR="006440FF" w:rsidRPr="00673F02">
        <w:rPr>
          <w:rFonts w:ascii="Arial" w:eastAsia="맑은 고딕" w:hAnsi="Arial" w:cs="Arial"/>
          <w:b/>
          <w:sz w:val="26"/>
        </w:rPr>
        <w:t xml:space="preserve"> </w:t>
      </w:r>
    </w:p>
    <w:p w14:paraId="0F8DA326" w14:textId="77777777" w:rsidR="00344999" w:rsidRDefault="00344999" w:rsidP="004D549A">
      <w:pPr>
        <w:spacing w:before="40" w:after="0"/>
        <w:ind w:firstLineChars="50" w:firstLine="130"/>
        <w:rPr>
          <w:rFonts w:ascii="Arial" w:eastAsia="맑은 고딕" w:hAnsi="Arial" w:cs="Arial"/>
          <w:b/>
          <w:sz w:val="26"/>
        </w:rPr>
      </w:pPr>
    </w:p>
    <w:p w14:paraId="47B8A87E" w14:textId="77777777" w:rsidR="00344999" w:rsidRDefault="00344999" w:rsidP="00344999">
      <w:pPr>
        <w:spacing w:before="40" w:after="0"/>
        <w:ind w:firstLineChars="50" w:firstLine="130"/>
        <w:jc w:val="center"/>
        <w:rPr>
          <w:rFonts w:ascii="Arial" w:eastAsia="맑은 고딕" w:hAnsi="Arial" w:cs="Arial"/>
          <w:b/>
          <w:sz w:val="26"/>
        </w:rPr>
      </w:pPr>
    </w:p>
    <w:p w14:paraId="1224D2C0" w14:textId="77777777" w:rsidR="00344999" w:rsidRPr="00344999" w:rsidRDefault="006A68F0" w:rsidP="00344999">
      <w:pPr>
        <w:spacing w:before="40" w:after="0"/>
        <w:ind w:firstLineChars="50" w:firstLine="130"/>
        <w:jc w:val="center"/>
        <w:rPr>
          <w:rFonts w:ascii="맑은 고딕" w:eastAsia="맑은 고딕" w:hAnsi="맑은 고딕" w:cs="Arial"/>
          <w:sz w:val="26"/>
        </w:rPr>
      </w:pPr>
      <w:r w:rsidRPr="006A68F0">
        <w:rPr>
          <w:rFonts w:ascii="Arial" w:eastAsia="맑은 고딕" w:hAnsi="Arial" w:cs="Arial"/>
          <w:sz w:val="26"/>
        </w:rPr>
        <w:t>2026</w:t>
      </w:r>
      <w:r w:rsidR="00B76850">
        <w:rPr>
          <w:rFonts w:ascii="Arial" w:eastAsia="맑은 고딕" w:hAnsi="Arial" w:cs="Arial"/>
          <w:sz w:val="26"/>
        </w:rPr>
        <w:t>/MM/DD</w:t>
      </w:r>
    </w:p>
    <w:p w14:paraId="29B5D596" w14:textId="77777777" w:rsidR="00344999" w:rsidRPr="00344999" w:rsidRDefault="00344999" w:rsidP="00344999">
      <w:pPr>
        <w:spacing w:before="40" w:after="0"/>
        <w:ind w:firstLineChars="50" w:firstLine="130"/>
        <w:jc w:val="center"/>
        <w:rPr>
          <w:rFonts w:ascii="맑은 고딕" w:eastAsia="맑은 고딕" w:hAnsi="맑은 고딕" w:cs="Arial"/>
          <w:b/>
          <w:sz w:val="26"/>
        </w:rPr>
      </w:pPr>
    </w:p>
    <w:p w14:paraId="3FCF9A0F" w14:textId="77777777" w:rsidR="00344999" w:rsidRPr="00344999" w:rsidRDefault="00344999" w:rsidP="00344999">
      <w:pPr>
        <w:spacing w:before="40" w:after="0"/>
        <w:ind w:firstLineChars="50" w:firstLine="130"/>
        <w:jc w:val="right"/>
        <w:rPr>
          <w:rFonts w:ascii="맑은 고딕" w:eastAsia="맑은 고딕" w:hAnsi="맑은 고딕" w:cs="Arial"/>
          <w:lang w:eastAsia="ko-KR"/>
        </w:rPr>
      </w:pPr>
      <w:r w:rsidRPr="00344999">
        <w:rPr>
          <w:rFonts w:ascii="맑은 고딕" w:eastAsia="맑은 고딕" w:hAnsi="맑은 고딕" w:cs="Arial" w:hint="eastAsia"/>
          <w:sz w:val="26"/>
          <w:lang w:eastAsia="ko-KR"/>
        </w:rPr>
        <w:t xml:space="preserve"> </w:t>
      </w:r>
      <w:r w:rsidRPr="00344999">
        <w:rPr>
          <w:rFonts w:ascii="맑은 고딕" w:eastAsia="맑은 고딕" w:hAnsi="맑은 고딕" w:cs="Arial"/>
          <w:sz w:val="26"/>
          <w:lang w:eastAsia="ko-KR"/>
        </w:rPr>
        <w:t xml:space="preserve"> </w:t>
      </w:r>
      <w:r w:rsidRPr="00344999">
        <w:rPr>
          <w:rFonts w:ascii="맑은 고딕" w:eastAsia="맑은 고딕" w:hAnsi="맑은 고딕" w:cs="Arial" w:hint="eastAsia"/>
          <w:sz w:val="26"/>
        </w:rPr>
        <w:t>지</w:t>
      </w:r>
      <w:r w:rsidRPr="00344999">
        <w:rPr>
          <w:rFonts w:ascii="맑은 고딕" w:eastAsia="맑은 고딕" w:hAnsi="맑은 고딕" w:cs="Arial" w:hint="eastAsia"/>
          <w:sz w:val="26"/>
          <w:lang w:eastAsia="ko-KR"/>
        </w:rPr>
        <w:t xml:space="preserve">원자 </w:t>
      </w:r>
      <w:r w:rsidRPr="00344999">
        <w:rPr>
          <w:rFonts w:ascii="맑은 고딕" w:eastAsia="맑은 고딕" w:hAnsi="맑은 고딕" w:cs="Arial"/>
          <w:sz w:val="26"/>
          <w:szCs w:val="26"/>
          <w:lang w:eastAsia="ko-KR"/>
        </w:rPr>
        <w:t>(</w:t>
      </w:r>
      <w:r w:rsidRPr="008A2583">
        <w:rPr>
          <w:rFonts w:ascii="Arial" w:eastAsia="맑은 고딕" w:hAnsi="Arial" w:cs="Arial"/>
          <w:sz w:val="26"/>
          <w:szCs w:val="26"/>
          <w:lang w:eastAsia="ko-KR"/>
        </w:rPr>
        <w:t>Applicant</w:t>
      </w:r>
      <w:r w:rsidR="00FD20B9">
        <w:rPr>
          <w:rFonts w:ascii="Arial" w:eastAsia="맑은 고딕" w:hAnsi="Arial" w:cs="Arial"/>
          <w:sz w:val="26"/>
          <w:szCs w:val="26"/>
          <w:lang w:eastAsia="ko-KR"/>
        </w:rPr>
        <w:t xml:space="preserve"> Name</w:t>
      </w:r>
      <w:r w:rsidRPr="00344999">
        <w:rPr>
          <w:rFonts w:ascii="맑은 고딕" w:eastAsia="맑은 고딕" w:hAnsi="맑은 고딕" w:cs="Arial"/>
          <w:sz w:val="26"/>
          <w:szCs w:val="26"/>
          <w:lang w:eastAsia="ko-KR"/>
        </w:rPr>
        <w:t xml:space="preserve">):                                 </w:t>
      </w:r>
      <w:r w:rsidRPr="00344999">
        <w:rPr>
          <w:rFonts w:ascii="맑은 고딕" w:eastAsia="맑은 고딕" w:hAnsi="맑은 고딕" w:cs="Arial" w:hint="eastAsia"/>
          <w:sz w:val="26"/>
          <w:szCs w:val="26"/>
          <w:lang w:eastAsia="ko-KR"/>
        </w:rPr>
        <w:t>(</w:t>
      </w:r>
      <w:r w:rsidRPr="008A2583">
        <w:rPr>
          <w:rFonts w:ascii="Arial" w:eastAsia="맑은 고딕" w:hAnsi="Arial" w:cs="Arial"/>
          <w:sz w:val="26"/>
          <w:szCs w:val="26"/>
        </w:rPr>
        <w:t>Signature</w:t>
      </w:r>
      <w:r w:rsidRPr="00344999">
        <w:rPr>
          <w:rFonts w:ascii="맑은 고딕" w:eastAsia="맑은 고딕" w:hAnsi="맑은 고딕" w:cs="Arial" w:hint="eastAsia"/>
          <w:sz w:val="26"/>
          <w:szCs w:val="26"/>
          <w:lang w:eastAsia="ko-KR"/>
        </w:rPr>
        <w:t>)</w:t>
      </w:r>
    </w:p>
    <w:sectPr w:rsidR="00344999" w:rsidRPr="00344999" w:rsidSect="00034616">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1E08" w14:textId="77777777" w:rsidR="00E96337" w:rsidRDefault="00E96337" w:rsidP="002E729B">
      <w:pPr>
        <w:spacing w:after="0" w:line="240" w:lineRule="auto"/>
      </w:pPr>
      <w:r>
        <w:separator/>
      </w:r>
    </w:p>
  </w:endnote>
  <w:endnote w:type="continuationSeparator" w:id="0">
    <w:p w14:paraId="5AD3E2D1" w14:textId="77777777" w:rsidR="00E96337" w:rsidRDefault="00E96337" w:rsidP="002E7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1C55A" w14:textId="77777777" w:rsidR="00E96337" w:rsidRDefault="00E96337" w:rsidP="002E729B">
      <w:pPr>
        <w:spacing w:after="0" w:line="240" w:lineRule="auto"/>
      </w:pPr>
      <w:r>
        <w:separator/>
      </w:r>
    </w:p>
  </w:footnote>
  <w:footnote w:type="continuationSeparator" w:id="0">
    <w:p w14:paraId="3A29DFDC" w14:textId="77777777" w:rsidR="00E96337" w:rsidRDefault="00E96337" w:rsidP="002E7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8F70ACD"/>
    <w:multiLevelType w:val="multilevel"/>
    <w:tmpl w:val="2242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07FC3"/>
    <w:multiLevelType w:val="multilevel"/>
    <w:tmpl w:val="62B0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6B2B34"/>
    <w:multiLevelType w:val="multilevel"/>
    <w:tmpl w:val="6C00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zNDA0MTAxAxKmpko6SsGpxcWZ+XkgBYZGtQAqESM+LQAAAA=="/>
  </w:docVars>
  <w:rsids>
    <w:rsidRoot w:val="00B47730"/>
    <w:rsid w:val="00034616"/>
    <w:rsid w:val="0006063C"/>
    <w:rsid w:val="000666ED"/>
    <w:rsid w:val="00066FD1"/>
    <w:rsid w:val="00090E23"/>
    <w:rsid w:val="000C39EC"/>
    <w:rsid w:val="00124CBB"/>
    <w:rsid w:val="0015074B"/>
    <w:rsid w:val="002175BB"/>
    <w:rsid w:val="00224533"/>
    <w:rsid w:val="002822A0"/>
    <w:rsid w:val="0029639D"/>
    <w:rsid w:val="002E729B"/>
    <w:rsid w:val="00326F90"/>
    <w:rsid w:val="00344999"/>
    <w:rsid w:val="00356C6E"/>
    <w:rsid w:val="003B7297"/>
    <w:rsid w:val="00426DCF"/>
    <w:rsid w:val="00433FA9"/>
    <w:rsid w:val="00486152"/>
    <w:rsid w:val="004D549A"/>
    <w:rsid w:val="005158E5"/>
    <w:rsid w:val="0053221C"/>
    <w:rsid w:val="00564CE5"/>
    <w:rsid w:val="005A14C2"/>
    <w:rsid w:val="005C0A69"/>
    <w:rsid w:val="00613F9A"/>
    <w:rsid w:val="0062070B"/>
    <w:rsid w:val="006440FF"/>
    <w:rsid w:val="00673F02"/>
    <w:rsid w:val="006A3270"/>
    <w:rsid w:val="006A441E"/>
    <w:rsid w:val="006A68F0"/>
    <w:rsid w:val="007402AA"/>
    <w:rsid w:val="007649A8"/>
    <w:rsid w:val="007C33D7"/>
    <w:rsid w:val="007C72FA"/>
    <w:rsid w:val="007D0304"/>
    <w:rsid w:val="007F1669"/>
    <w:rsid w:val="008A2583"/>
    <w:rsid w:val="008A4F8B"/>
    <w:rsid w:val="008E6E1C"/>
    <w:rsid w:val="00935451"/>
    <w:rsid w:val="009354FD"/>
    <w:rsid w:val="009C3A0F"/>
    <w:rsid w:val="009F2051"/>
    <w:rsid w:val="00A60E48"/>
    <w:rsid w:val="00AA0151"/>
    <w:rsid w:val="00AA1D8D"/>
    <w:rsid w:val="00AF27A3"/>
    <w:rsid w:val="00B40A46"/>
    <w:rsid w:val="00B47730"/>
    <w:rsid w:val="00B63797"/>
    <w:rsid w:val="00B76850"/>
    <w:rsid w:val="00B973D9"/>
    <w:rsid w:val="00C51DC3"/>
    <w:rsid w:val="00C56C07"/>
    <w:rsid w:val="00C758ED"/>
    <w:rsid w:val="00CB0664"/>
    <w:rsid w:val="00CC0DBB"/>
    <w:rsid w:val="00CD37F9"/>
    <w:rsid w:val="00D15015"/>
    <w:rsid w:val="00D22046"/>
    <w:rsid w:val="00D64876"/>
    <w:rsid w:val="00D76CAE"/>
    <w:rsid w:val="00DC7E75"/>
    <w:rsid w:val="00DE7733"/>
    <w:rsid w:val="00E653E6"/>
    <w:rsid w:val="00E96337"/>
    <w:rsid w:val="00EE694D"/>
    <w:rsid w:val="00EF175F"/>
    <w:rsid w:val="00F36FF1"/>
    <w:rsid w:val="00FC693F"/>
    <w:rsid w:val="00FD2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AF7F28"/>
  <w14:defaultImageDpi w14:val="300"/>
  <w15:docId w15:val="{3CABB04D-4293-457D-AEEE-DB534F0EB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D0304"/>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1">
    <w:name w:val="바탕글"/>
    <w:basedOn w:val="a1"/>
    <w:rsid w:val="00564CE5"/>
    <w:pPr>
      <w:widowControl w:val="0"/>
      <w:wordWrap w:val="0"/>
      <w:autoSpaceDE w:val="0"/>
      <w:autoSpaceDN w:val="0"/>
      <w:spacing w:after="0" w:line="384" w:lineRule="auto"/>
      <w:jc w:val="both"/>
      <w:textAlignment w:val="baseline"/>
    </w:pPr>
    <w:rPr>
      <w:rFonts w:ascii="함초롬바탕" w:eastAsia="굴림" w:hAnsi="굴림" w:cs="굴림"/>
      <w:color w:val="000000"/>
      <w:sz w:val="20"/>
      <w:szCs w:val="20"/>
      <w:lang w:eastAsia="ko-KR"/>
    </w:rPr>
  </w:style>
  <w:style w:type="paragraph" w:styleId="aff2">
    <w:name w:val="Normal (Web)"/>
    <w:basedOn w:val="a1"/>
    <w:uiPriority w:val="99"/>
    <w:semiHidden/>
    <w:unhideWhenUsed/>
    <w:rsid w:val="00CC0DBB"/>
    <w:pPr>
      <w:spacing w:before="100" w:beforeAutospacing="1" w:after="100" w:afterAutospacing="1" w:line="240" w:lineRule="auto"/>
    </w:pPr>
    <w:rPr>
      <w:rFonts w:ascii="굴림" w:eastAsia="굴림" w:hAnsi="굴림" w:cs="굴림"/>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6883">
      <w:bodyDiv w:val="1"/>
      <w:marLeft w:val="0"/>
      <w:marRight w:val="0"/>
      <w:marTop w:val="0"/>
      <w:marBottom w:val="0"/>
      <w:divBdr>
        <w:top w:val="none" w:sz="0" w:space="0" w:color="auto"/>
        <w:left w:val="none" w:sz="0" w:space="0" w:color="auto"/>
        <w:bottom w:val="none" w:sz="0" w:space="0" w:color="auto"/>
        <w:right w:val="none" w:sz="0" w:space="0" w:color="auto"/>
      </w:divBdr>
    </w:div>
    <w:div w:id="391512369">
      <w:bodyDiv w:val="1"/>
      <w:marLeft w:val="0"/>
      <w:marRight w:val="0"/>
      <w:marTop w:val="0"/>
      <w:marBottom w:val="0"/>
      <w:divBdr>
        <w:top w:val="none" w:sz="0" w:space="0" w:color="auto"/>
        <w:left w:val="none" w:sz="0" w:space="0" w:color="auto"/>
        <w:bottom w:val="none" w:sz="0" w:space="0" w:color="auto"/>
        <w:right w:val="none" w:sz="0" w:space="0" w:color="auto"/>
      </w:divBdr>
    </w:div>
    <w:div w:id="482040082">
      <w:bodyDiv w:val="1"/>
      <w:marLeft w:val="0"/>
      <w:marRight w:val="0"/>
      <w:marTop w:val="0"/>
      <w:marBottom w:val="0"/>
      <w:divBdr>
        <w:top w:val="none" w:sz="0" w:space="0" w:color="auto"/>
        <w:left w:val="none" w:sz="0" w:space="0" w:color="auto"/>
        <w:bottom w:val="none" w:sz="0" w:space="0" w:color="auto"/>
        <w:right w:val="none" w:sz="0" w:space="0" w:color="auto"/>
      </w:divBdr>
    </w:div>
    <w:div w:id="545216882">
      <w:bodyDiv w:val="1"/>
      <w:marLeft w:val="0"/>
      <w:marRight w:val="0"/>
      <w:marTop w:val="0"/>
      <w:marBottom w:val="0"/>
      <w:divBdr>
        <w:top w:val="none" w:sz="0" w:space="0" w:color="auto"/>
        <w:left w:val="none" w:sz="0" w:space="0" w:color="auto"/>
        <w:bottom w:val="none" w:sz="0" w:space="0" w:color="auto"/>
        <w:right w:val="none" w:sz="0" w:space="0" w:color="auto"/>
      </w:divBdr>
    </w:div>
    <w:div w:id="707796227">
      <w:bodyDiv w:val="1"/>
      <w:marLeft w:val="0"/>
      <w:marRight w:val="0"/>
      <w:marTop w:val="0"/>
      <w:marBottom w:val="0"/>
      <w:divBdr>
        <w:top w:val="none" w:sz="0" w:space="0" w:color="auto"/>
        <w:left w:val="none" w:sz="0" w:space="0" w:color="auto"/>
        <w:bottom w:val="none" w:sz="0" w:space="0" w:color="auto"/>
        <w:right w:val="none" w:sz="0" w:space="0" w:color="auto"/>
      </w:divBdr>
    </w:div>
    <w:div w:id="835607550">
      <w:bodyDiv w:val="1"/>
      <w:marLeft w:val="0"/>
      <w:marRight w:val="0"/>
      <w:marTop w:val="0"/>
      <w:marBottom w:val="0"/>
      <w:divBdr>
        <w:top w:val="none" w:sz="0" w:space="0" w:color="auto"/>
        <w:left w:val="none" w:sz="0" w:space="0" w:color="auto"/>
        <w:bottom w:val="none" w:sz="0" w:space="0" w:color="auto"/>
        <w:right w:val="none" w:sz="0" w:space="0" w:color="auto"/>
      </w:divBdr>
    </w:div>
    <w:div w:id="1022784085">
      <w:bodyDiv w:val="1"/>
      <w:marLeft w:val="0"/>
      <w:marRight w:val="0"/>
      <w:marTop w:val="0"/>
      <w:marBottom w:val="0"/>
      <w:divBdr>
        <w:top w:val="none" w:sz="0" w:space="0" w:color="auto"/>
        <w:left w:val="none" w:sz="0" w:space="0" w:color="auto"/>
        <w:bottom w:val="none" w:sz="0" w:space="0" w:color="auto"/>
        <w:right w:val="none" w:sz="0" w:space="0" w:color="auto"/>
      </w:divBdr>
    </w:div>
    <w:div w:id="1153986113">
      <w:bodyDiv w:val="1"/>
      <w:marLeft w:val="0"/>
      <w:marRight w:val="0"/>
      <w:marTop w:val="0"/>
      <w:marBottom w:val="0"/>
      <w:divBdr>
        <w:top w:val="none" w:sz="0" w:space="0" w:color="auto"/>
        <w:left w:val="none" w:sz="0" w:space="0" w:color="auto"/>
        <w:bottom w:val="none" w:sz="0" w:space="0" w:color="auto"/>
        <w:right w:val="none" w:sz="0" w:space="0" w:color="auto"/>
      </w:divBdr>
    </w:div>
    <w:div w:id="1261375510">
      <w:bodyDiv w:val="1"/>
      <w:marLeft w:val="0"/>
      <w:marRight w:val="0"/>
      <w:marTop w:val="0"/>
      <w:marBottom w:val="0"/>
      <w:divBdr>
        <w:top w:val="none" w:sz="0" w:space="0" w:color="auto"/>
        <w:left w:val="none" w:sz="0" w:space="0" w:color="auto"/>
        <w:bottom w:val="none" w:sz="0" w:space="0" w:color="auto"/>
        <w:right w:val="none" w:sz="0" w:space="0" w:color="auto"/>
      </w:divBdr>
    </w:div>
    <w:div w:id="1416973950">
      <w:bodyDiv w:val="1"/>
      <w:marLeft w:val="0"/>
      <w:marRight w:val="0"/>
      <w:marTop w:val="0"/>
      <w:marBottom w:val="0"/>
      <w:divBdr>
        <w:top w:val="none" w:sz="0" w:space="0" w:color="auto"/>
        <w:left w:val="none" w:sz="0" w:space="0" w:color="auto"/>
        <w:bottom w:val="none" w:sz="0" w:space="0" w:color="auto"/>
        <w:right w:val="none" w:sz="0" w:space="0" w:color="auto"/>
      </w:divBdr>
    </w:div>
    <w:div w:id="1499609720">
      <w:bodyDiv w:val="1"/>
      <w:marLeft w:val="0"/>
      <w:marRight w:val="0"/>
      <w:marTop w:val="0"/>
      <w:marBottom w:val="0"/>
      <w:divBdr>
        <w:top w:val="none" w:sz="0" w:space="0" w:color="auto"/>
        <w:left w:val="none" w:sz="0" w:space="0" w:color="auto"/>
        <w:bottom w:val="none" w:sz="0" w:space="0" w:color="auto"/>
        <w:right w:val="none" w:sz="0" w:space="0" w:color="auto"/>
      </w:divBdr>
    </w:div>
    <w:div w:id="1657345315">
      <w:bodyDiv w:val="1"/>
      <w:marLeft w:val="0"/>
      <w:marRight w:val="0"/>
      <w:marTop w:val="0"/>
      <w:marBottom w:val="0"/>
      <w:divBdr>
        <w:top w:val="none" w:sz="0" w:space="0" w:color="auto"/>
        <w:left w:val="none" w:sz="0" w:space="0" w:color="auto"/>
        <w:bottom w:val="none" w:sz="0" w:space="0" w:color="auto"/>
        <w:right w:val="none" w:sz="0" w:space="0" w:color="auto"/>
      </w:divBdr>
    </w:div>
    <w:div w:id="1928491063">
      <w:bodyDiv w:val="1"/>
      <w:marLeft w:val="0"/>
      <w:marRight w:val="0"/>
      <w:marTop w:val="0"/>
      <w:marBottom w:val="0"/>
      <w:divBdr>
        <w:top w:val="none" w:sz="0" w:space="0" w:color="auto"/>
        <w:left w:val="none" w:sz="0" w:space="0" w:color="auto"/>
        <w:bottom w:val="none" w:sz="0" w:space="0" w:color="auto"/>
        <w:right w:val="none" w:sz="0" w:space="0" w:color="auto"/>
      </w:divBdr>
    </w:div>
    <w:div w:id="2133861873">
      <w:bodyDiv w:val="1"/>
      <w:marLeft w:val="0"/>
      <w:marRight w:val="0"/>
      <w:marTop w:val="0"/>
      <w:marBottom w:val="0"/>
      <w:divBdr>
        <w:top w:val="none" w:sz="0" w:space="0" w:color="auto"/>
        <w:left w:val="none" w:sz="0" w:space="0" w:color="auto"/>
        <w:bottom w:val="none" w:sz="0" w:space="0" w:color="auto"/>
        <w:right w:val="none" w:sz="0" w:space="0" w:color="auto"/>
      </w:divBdr>
      <w:divsChild>
        <w:div w:id="12095620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DE2F-A329-480A-B282-0DC64EA3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2540</Characters>
  <Application>Microsoft Office Word</Application>
  <DocSecurity>0</DocSecurity>
  <Lines>21</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2026-08-05T05:07:00Z</dcterms:created>
  <dcterms:modified xsi:type="dcterms:W3CDTF">2026-08-05T05:07:00Z</dcterms:modified>
  <cp:category/>
</cp:coreProperties>
</file>